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04C87" w:rsidRPr="000B25CC" w:rsidRDefault="00404C87" w:rsidP="00404C87">
      <w:pPr>
        <w:pStyle w:val="aa"/>
        <w:pBdr>
          <w:bottom w:val="single" w:sz="8" w:space="13" w:color="4F81BD" w:themeColor="accent1"/>
        </w:pBdr>
        <w:jc w:val="right"/>
        <w:rPr>
          <w:rFonts w:ascii="Times New Roman" w:hAnsi="Times New Roman" w:cs="Times New Roman"/>
          <w:color w:val="000000" w:themeColor="text1"/>
          <w:sz w:val="22"/>
          <w:szCs w:val="22"/>
          <w:lang w:val="uk-UA"/>
        </w:rPr>
      </w:pPr>
      <w:r w:rsidRPr="000B25CC">
        <w:rPr>
          <w:rFonts w:ascii="Times New Roman" w:hAnsi="Times New Roman" w:cs="Times New Roman"/>
          <w:color w:val="000000" w:themeColor="text1"/>
          <w:sz w:val="22"/>
          <w:szCs w:val="22"/>
          <w:lang w:val="uk-UA"/>
        </w:rPr>
        <w:t xml:space="preserve">Додаток 1 </w:t>
      </w:r>
    </w:p>
    <w:p w:rsidR="009E188E" w:rsidRPr="000B25CC" w:rsidRDefault="001A13DE" w:rsidP="002A59E4">
      <w:pPr>
        <w:pStyle w:val="aa"/>
        <w:pBdr>
          <w:bottom w:val="single" w:sz="8" w:space="13" w:color="4F81BD" w:themeColor="accent1"/>
        </w:pBdr>
        <w:jc w:val="center"/>
        <w:rPr>
          <w:rFonts w:ascii="Times New Roman" w:hAnsi="Times New Roman" w:cs="Times New Roman"/>
          <w:color w:val="000000" w:themeColor="text1"/>
          <w:sz w:val="30"/>
          <w:szCs w:val="30"/>
          <w:lang w:val="uk-UA"/>
        </w:rPr>
      </w:pPr>
      <w:r>
        <w:rPr>
          <w:rFonts w:ascii="Times New Roman" w:hAnsi="Times New Roman" w:cs="Times New Roman"/>
          <w:color w:val="000000" w:themeColor="text1"/>
          <w:sz w:val="30"/>
          <w:szCs w:val="30"/>
          <w:lang w:val="uk-UA"/>
        </w:rPr>
        <w:t>Комерційна</w:t>
      </w:r>
      <w:r w:rsidR="00000000" w:rsidRPr="000B25CC">
        <w:rPr>
          <w:rFonts w:ascii="Times New Roman" w:hAnsi="Times New Roman" w:cs="Times New Roman"/>
          <w:color w:val="000000" w:themeColor="text1"/>
          <w:sz w:val="30"/>
          <w:szCs w:val="30"/>
          <w:lang w:val="uk-UA"/>
        </w:rPr>
        <w:t xml:space="preserve"> пропозиція</w:t>
      </w:r>
    </w:p>
    <w:p w:rsidR="002A59E4" w:rsidRPr="003276A5" w:rsidRDefault="00000000" w:rsidP="000B25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3276A5">
        <w:rPr>
          <w:rFonts w:ascii="Times New Roman" w:hAnsi="Times New Roman" w:cs="Times New Roman"/>
          <w:sz w:val="24"/>
          <w:szCs w:val="24"/>
          <w:lang w:val="uk-UA"/>
        </w:rPr>
        <w:t>на участь у конкурсних торгах</w:t>
      </w:r>
    </w:p>
    <w:p w:rsidR="000B25CC" w:rsidRPr="001A13DE" w:rsidRDefault="00000000" w:rsidP="000B25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3276A5">
        <w:rPr>
          <w:rFonts w:ascii="Times New Roman" w:hAnsi="Times New Roman" w:cs="Times New Roman"/>
          <w:sz w:val="24"/>
          <w:szCs w:val="24"/>
          <w:lang w:val="uk-UA"/>
        </w:rPr>
        <w:t xml:space="preserve">на закупівлю </w:t>
      </w:r>
      <w:r w:rsidR="000B25CC" w:rsidRPr="003276A5">
        <w:rPr>
          <w:rFonts w:ascii="Times New Roman" w:hAnsi="Times New Roman" w:cs="Times New Roman"/>
          <w:sz w:val="24"/>
          <w:szCs w:val="24"/>
          <w:lang w:val="ru-RU"/>
        </w:rPr>
        <w:t xml:space="preserve">спортивного </w:t>
      </w:r>
      <w:r w:rsidR="003276A5" w:rsidRPr="003276A5">
        <w:rPr>
          <w:rFonts w:ascii="Times New Roman" w:hAnsi="Times New Roman" w:cs="Times New Roman"/>
          <w:sz w:val="24"/>
          <w:szCs w:val="24"/>
          <w:lang w:val="uk-UA"/>
        </w:rPr>
        <w:t xml:space="preserve">інвентарю </w:t>
      </w:r>
    </w:p>
    <w:p w:rsidR="009E188E" w:rsidRPr="003276A5" w:rsidRDefault="00000000" w:rsidP="000B25C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3276A5">
        <w:rPr>
          <w:rFonts w:ascii="Times New Roman" w:hAnsi="Times New Roman" w:cs="Times New Roman"/>
          <w:sz w:val="24"/>
          <w:szCs w:val="24"/>
          <w:lang w:val="uk-UA"/>
        </w:rPr>
        <w:t>в рамках проєкту «</w:t>
      </w:r>
      <w:r w:rsidR="001A13DE" w:rsidRPr="001A13DE">
        <w:rPr>
          <w:rFonts w:ascii="Times New Roman" w:hAnsi="Times New Roman" w:cs="Times New Roman"/>
          <w:bCs/>
          <w:sz w:val="24"/>
          <w:szCs w:val="24"/>
          <w:lang w:val="ru-RU"/>
        </w:rPr>
        <w:t>Безпечний футбол – спільний простір для відпочинку та підтримки громади</w:t>
      </w:r>
      <w:r w:rsidRPr="003276A5"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2A59E4" w:rsidRPr="000B25CC" w:rsidRDefault="002A59E4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Вих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. № _______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«___» ________ 2025 року</w:t>
      </w:r>
    </w:p>
    <w:p w:rsidR="009E188E" w:rsidRPr="000B25CC" w:rsidRDefault="00000000" w:rsidP="002A59E4">
      <w:pPr>
        <w:pStyle w:val="21"/>
        <w:spacing w:before="0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Загальна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інформація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про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учасника</w:t>
      </w:r>
      <w:proofErr w:type="spellEnd"/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Повна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назва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підприємства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/ФОП: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- Код ЄДРПОУ / РНОКПП: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Адреса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реєстрації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- Контактна особа: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- Посада: _______________________________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Телефон, </w:t>
      </w:r>
      <w:r w:rsidRPr="000B25CC">
        <w:rPr>
          <w:rFonts w:ascii="Times New Roman" w:hAnsi="Times New Roman" w:cs="Times New Roman"/>
          <w:sz w:val="24"/>
          <w:szCs w:val="24"/>
        </w:rPr>
        <w:t>email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t>: _______________________________</w:t>
      </w:r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</w:rPr>
        <w:t>Комерційна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</w:rPr>
        <w:t>пропозиція</w:t>
      </w:r>
      <w:proofErr w:type="spellEnd"/>
    </w:p>
    <w:tbl>
      <w:tblPr>
        <w:tblW w:w="8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728"/>
        <w:gridCol w:w="1728"/>
        <w:gridCol w:w="1728"/>
      </w:tblGrid>
      <w:tr w:rsidR="002A59E4" w:rsidRPr="001A13DE" w:rsidTr="002A59E4">
        <w:trPr>
          <w:trHeight w:val="1154"/>
        </w:trPr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Найменування товару</w:t>
            </w:r>
          </w:p>
        </w:tc>
        <w:tc>
          <w:tcPr>
            <w:tcW w:w="1728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</w:p>
        </w:tc>
        <w:tc>
          <w:tcPr>
            <w:tcW w:w="1728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Ціна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одиницю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(грн, без ПДВ)</w:t>
            </w:r>
          </w:p>
        </w:tc>
        <w:tc>
          <w:tcPr>
            <w:tcW w:w="1728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Загальна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вартість</w:t>
            </w:r>
            <w:proofErr w:type="spellEnd"/>
            <w:r w:rsidRPr="000B25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(грн, без ПДВ)</w:t>
            </w: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A59E4" w:rsidRPr="000B25CC" w:rsidTr="002A59E4">
        <w:tc>
          <w:tcPr>
            <w:tcW w:w="534" w:type="dxa"/>
          </w:tcPr>
          <w:p w:rsidR="009E188E" w:rsidRPr="000B25C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5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0B25CC" w:rsidRDefault="009E188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2A59E4" w:rsidRPr="000B25CC" w:rsidRDefault="00000000" w:rsidP="002A59E4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>Разом (без ПДВ): _______ грн</w:t>
      </w:r>
      <w:r w:rsidR="002A59E4"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b/>
          <w:bCs/>
          <w:sz w:val="24"/>
          <w:szCs w:val="24"/>
          <w:lang w:val="ru-RU"/>
        </w:rPr>
        <w:t>Технічні</w:t>
      </w:r>
      <w:proofErr w:type="spellEnd"/>
      <w:r w:rsidRPr="000B25C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b/>
          <w:bCs/>
          <w:sz w:val="24"/>
          <w:szCs w:val="24"/>
          <w:lang w:val="ru-RU"/>
        </w:rPr>
        <w:t>документи</w:t>
      </w:r>
      <w:proofErr w:type="spellEnd"/>
    </w:p>
    <w:p w:rsidR="009E188E" w:rsidRPr="000B25CC" w:rsidRDefault="00000000" w:rsidP="002A59E4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Технічні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характеристики та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паспорти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товарів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Сертифікати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відповідності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якщо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наявні)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>- Гарантійні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умови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документи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підтверджують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товару та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відповідність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технічним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вимогам</w:t>
      </w:r>
      <w:proofErr w:type="spellEnd"/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Кваліфікаційні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документи</w:t>
      </w:r>
      <w:proofErr w:type="spellEnd"/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виписки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ЄДР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свідоцтва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про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держреєстрацію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Витяг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ЄДР з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відповідними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КВЕДами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ліцензії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(за потреби)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Документ,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право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уповноваженої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особи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підписувати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(наказ/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довіреність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)</w:t>
      </w:r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Додаткові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документи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(за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бажанням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</w:t>
      </w:r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Рекомендаційні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листи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Позитивні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відгуки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матеріали</w:t>
      </w:r>
      <w:proofErr w:type="spellEnd"/>
    </w:p>
    <w:p w:rsidR="009E188E" w:rsidRPr="000B25CC" w:rsidRDefault="00000000">
      <w:pPr>
        <w:pStyle w:val="21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Підтвердження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відповідності</w:t>
      </w:r>
      <w:proofErr w:type="spellEnd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вимогам</w:t>
      </w:r>
      <w:proofErr w:type="spellEnd"/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Підписанням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цієї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ми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підтверджуємо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Ознайомлені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згодні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умовами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тендерного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оголошення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Ознайомлені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з Кодексом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поведінки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постачальників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Гарантуємо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відсутність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пов’язаних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осіб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або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змови</w:t>
      </w:r>
      <w:proofErr w:type="spellEnd"/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Підпис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_________________________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 xml:space="preserve">(ПІБ, посада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уповноваженої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 особи)</w:t>
      </w:r>
    </w:p>
    <w:p w:rsidR="009E188E" w:rsidRPr="000B25CC" w:rsidRDefault="00000000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B25CC">
        <w:rPr>
          <w:rFonts w:ascii="Times New Roman" w:hAnsi="Times New Roman" w:cs="Times New Roman"/>
          <w:sz w:val="24"/>
          <w:szCs w:val="24"/>
          <w:lang w:val="ru-RU"/>
        </w:rPr>
        <w:t xml:space="preserve">М.П. (за </w:t>
      </w:r>
      <w:proofErr w:type="spellStart"/>
      <w:r w:rsidRPr="000B25CC">
        <w:rPr>
          <w:rFonts w:ascii="Times New Roman" w:hAnsi="Times New Roman" w:cs="Times New Roman"/>
          <w:sz w:val="24"/>
          <w:szCs w:val="24"/>
          <w:lang w:val="ru-RU"/>
        </w:rPr>
        <w:t>наявності</w:t>
      </w:r>
      <w:proofErr w:type="spellEnd"/>
      <w:r w:rsidRPr="000B25CC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0B25CC">
        <w:rPr>
          <w:rFonts w:ascii="Times New Roman" w:hAnsi="Times New Roman" w:cs="Times New Roman"/>
          <w:sz w:val="24"/>
          <w:szCs w:val="24"/>
          <w:lang w:val="ru-RU"/>
        </w:rPr>
        <w:br/>
        <w:t>Дата: «___» __________ 2025 року</w:t>
      </w:r>
    </w:p>
    <w:sectPr w:rsidR="009E188E" w:rsidRPr="000B25C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32559765">
    <w:abstractNumId w:val="8"/>
  </w:num>
  <w:num w:numId="2" w16cid:durableId="1834174557">
    <w:abstractNumId w:val="6"/>
  </w:num>
  <w:num w:numId="3" w16cid:durableId="99228102">
    <w:abstractNumId w:val="5"/>
  </w:num>
  <w:num w:numId="4" w16cid:durableId="1102144637">
    <w:abstractNumId w:val="4"/>
  </w:num>
  <w:num w:numId="5" w16cid:durableId="1047219142">
    <w:abstractNumId w:val="7"/>
  </w:num>
  <w:num w:numId="6" w16cid:durableId="1728184944">
    <w:abstractNumId w:val="3"/>
  </w:num>
  <w:num w:numId="7" w16cid:durableId="349336730">
    <w:abstractNumId w:val="2"/>
  </w:num>
  <w:num w:numId="8" w16cid:durableId="1772503355">
    <w:abstractNumId w:val="1"/>
  </w:num>
  <w:num w:numId="9" w16cid:durableId="1549336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25CC"/>
    <w:rsid w:val="0015074B"/>
    <w:rsid w:val="001A13DE"/>
    <w:rsid w:val="0029639D"/>
    <w:rsid w:val="002A59E4"/>
    <w:rsid w:val="00326F90"/>
    <w:rsid w:val="003276A5"/>
    <w:rsid w:val="003D003A"/>
    <w:rsid w:val="00404C87"/>
    <w:rsid w:val="009E188E"/>
    <w:rsid w:val="00AA1D8D"/>
    <w:rsid w:val="00B47730"/>
    <w:rsid w:val="00CB0664"/>
    <w:rsid w:val="00CC27E9"/>
    <w:rsid w:val="00E518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76218E"/>
  <w14:defaultImageDpi w14:val="300"/>
  <w15:docId w15:val="{C35ABB3C-E899-ED47-87D6-43F02C15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Yuliia Yuliia</cp:lastModifiedBy>
  <cp:revision>6</cp:revision>
  <dcterms:created xsi:type="dcterms:W3CDTF">2013-12-23T23:15:00Z</dcterms:created>
  <dcterms:modified xsi:type="dcterms:W3CDTF">2025-11-05T09:17:00Z</dcterms:modified>
  <cp:category/>
</cp:coreProperties>
</file>