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04C87" w:rsidRPr="00975B55" w:rsidRDefault="00404C87" w:rsidP="00404C87">
      <w:pPr>
        <w:pStyle w:val="aa"/>
        <w:pBdr>
          <w:bottom w:val="single" w:sz="8" w:space="13" w:color="4F81BD" w:themeColor="accent1"/>
        </w:pBdr>
        <w:jc w:val="right"/>
        <w:rPr>
          <w:rFonts w:ascii="Cambria" w:hAnsi="Cambria"/>
          <w:color w:val="000000" w:themeColor="text1"/>
          <w:sz w:val="22"/>
          <w:szCs w:val="22"/>
          <w:lang w:val="uk-UA"/>
        </w:rPr>
      </w:pPr>
      <w:r w:rsidRPr="00975B55">
        <w:rPr>
          <w:rFonts w:ascii="Cambria" w:hAnsi="Cambria"/>
          <w:color w:val="000000" w:themeColor="text1"/>
          <w:sz w:val="22"/>
          <w:szCs w:val="22"/>
          <w:lang w:val="uk-UA"/>
        </w:rPr>
        <w:t xml:space="preserve">Додаток 1 </w:t>
      </w:r>
    </w:p>
    <w:p w:rsidR="009E188E" w:rsidRPr="002A59E4" w:rsidRDefault="00000000" w:rsidP="002A59E4">
      <w:pPr>
        <w:pStyle w:val="aa"/>
        <w:pBdr>
          <w:bottom w:val="single" w:sz="8" w:space="13" w:color="4F81BD" w:themeColor="accent1"/>
        </w:pBdr>
        <w:jc w:val="center"/>
        <w:rPr>
          <w:rFonts w:ascii="Cambria" w:hAnsi="Cambria"/>
          <w:color w:val="000000" w:themeColor="text1"/>
          <w:sz w:val="30"/>
          <w:szCs w:val="30"/>
          <w:lang w:val="uk-UA"/>
        </w:rPr>
      </w:pPr>
      <w:r w:rsidRPr="002A59E4">
        <w:rPr>
          <w:rFonts w:ascii="Cambria" w:hAnsi="Cambria"/>
          <w:color w:val="000000" w:themeColor="text1"/>
          <w:sz w:val="30"/>
          <w:szCs w:val="30"/>
          <w:lang w:val="uk-UA"/>
        </w:rPr>
        <w:t>Тендерна пропозиція</w:t>
      </w:r>
    </w:p>
    <w:p w:rsidR="002A59E4" w:rsidRPr="001A6FC0" w:rsidRDefault="00000000" w:rsidP="00274000">
      <w:pPr>
        <w:spacing w:after="0"/>
        <w:jc w:val="center"/>
        <w:rPr>
          <w:rFonts w:ascii="Cambria" w:hAnsi="Cambria"/>
          <w:lang w:val="uk-UA"/>
        </w:rPr>
      </w:pPr>
      <w:r w:rsidRPr="001A6FC0">
        <w:rPr>
          <w:rFonts w:ascii="Cambria" w:hAnsi="Cambria"/>
          <w:lang w:val="uk-UA"/>
        </w:rPr>
        <w:t>на участь у конкурсних торгах</w:t>
      </w:r>
    </w:p>
    <w:p w:rsidR="005D3A56" w:rsidRPr="001A6FC0" w:rsidRDefault="00000000" w:rsidP="00274000">
      <w:pPr>
        <w:spacing w:after="0"/>
        <w:jc w:val="center"/>
        <w:rPr>
          <w:rFonts w:ascii="Cambria" w:hAnsi="Cambria"/>
          <w:lang w:val="uk-UA"/>
        </w:rPr>
      </w:pPr>
      <w:r w:rsidRPr="001A6FC0">
        <w:rPr>
          <w:rFonts w:ascii="Cambria" w:hAnsi="Cambria"/>
          <w:lang w:val="uk-UA"/>
        </w:rPr>
        <w:t xml:space="preserve">на закупівлю </w:t>
      </w:r>
    </w:p>
    <w:p w:rsidR="001A6FC0" w:rsidRPr="001A6FC0" w:rsidRDefault="0091396C" w:rsidP="00274000">
      <w:pPr>
        <w:spacing w:after="0"/>
        <w:jc w:val="center"/>
        <w:rPr>
          <w:lang w:val="uk-UA"/>
        </w:rPr>
      </w:pPr>
      <w:bookmarkStart w:id="0" w:name="_heading=h.gjdgxs" w:colFirst="0" w:colLast="0"/>
      <w:bookmarkEnd w:id="0"/>
      <w:r>
        <w:rPr>
          <w:lang w:val="uk-UA"/>
        </w:rPr>
        <w:t>спортивного інвентарю для тренувань</w:t>
      </w:r>
    </w:p>
    <w:p w:rsidR="002A59E4" w:rsidRPr="001A6FC0" w:rsidRDefault="00000000" w:rsidP="00274000">
      <w:pPr>
        <w:spacing w:after="0"/>
        <w:jc w:val="center"/>
        <w:rPr>
          <w:rFonts w:ascii="Cambria" w:hAnsi="Cambria"/>
          <w:lang w:val="uk-UA"/>
        </w:rPr>
      </w:pPr>
      <w:r w:rsidRPr="001A6FC0">
        <w:rPr>
          <w:rFonts w:ascii="Cambria" w:hAnsi="Cambria"/>
          <w:lang w:val="uk-UA"/>
        </w:rPr>
        <w:t xml:space="preserve">в рамках проєкту </w:t>
      </w:r>
      <w:r w:rsidR="00274E2B" w:rsidRPr="001A6FC0">
        <w:rPr>
          <w:rFonts w:ascii="Cambria" w:hAnsi="Cambria"/>
          <w:lang w:val="uk-UA"/>
        </w:rPr>
        <w:t>«</w:t>
      </w:r>
      <w:proofErr w:type="spellStart"/>
      <w:r w:rsidR="0091396C">
        <w:rPr>
          <w:rFonts w:ascii="Cambria" w:hAnsi="Cambria"/>
          <w:b/>
          <w:lang w:val="uk-UA"/>
        </w:rPr>
        <w:t>СпортХвиля</w:t>
      </w:r>
      <w:proofErr w:type="spellEnd"/>
      <w:r w:rsidR="00A0670C" w:rsidRPr="001A6FC0">
        <w:rPr>
          <w:lang w:val="uk-UA"/>
        </w:rPr>
        <w:t>»</w:t>
      </w:r>
    </w:p>
    <w:p w:rsidR="00274E2B" w:rsidRPr="001A6FC0" w:rsidRDefault="00274E2B">
      <w:pPr>
        <w:rPr>
          <w:rFonts w:ascii="Cambria" w:hAnsi="Cambria"/>
          <w:sz w:val="24"/>
          <w:szCs w:val="24"/>
          <w:lang w:val="uk-UA"/>
        </w:rPr>
      </w:pPr>
    </w:p>
    <w:p w:rsidR="009E188E" w:rsidRDefault="00000000">
      <w:pPr>
        <w:rPr>
          <w:rFonts w:ascii="Cambria" w:hAnsi="Cambria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sz w:val="24"/>
          <w:szCs w:val="24"/>
          <w:lang w:val="ru-RU"/>
        </w:rPr>
        <w:t>Вих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. № _______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«__</w:t>
      </w:r>
      <w:r w:rsidR="00A0670C">
        <w:rPr>
          <w:rFonts w:ascii="Cambria" w:hAnsi="Cambria"/>
          <w:sz w:val="24"/>
          <w:szCs w:val="24"/>
          <w:lang w:val="ru-RU"/>
        </w:rPr>
        <w:t>__</w:t>
      </w:r>
      <w:r w:rsidRPr="002A59E4">
        <w:rPr>
          <w:rFonts w:ascii="Cambria" w:hAnsi="Cambria"/>
          <w:sz w:val="24"/>
          <w:szCs w:val="24"/>
          <w:lang w:val="ru-RU"/>
        </w:rPr>
        <w:t>_» ______</w:t>
      </w:r>
      <w:r w:rsidR="00A0670C">
        <w:rPr>
          <w:rFonts w:ascii="Cambria" w:hAnsi="Cambria"/>
          <w:sz w:val="24"/>
          <w:szCs w:val="24"/>
          <w:lang w:val="ru-RU"/>
        </w:rPr>
        <w:t>____</w:t>
      </w:r>
      <w:r w:rsidRPr="002A59E4">
        <w:rPr>
          <w:rFonts w:ascii="Cambria" w:hAnsi="Cambria"/>
          <w:sz w:val="24"/>
          <w:szCs w:val="24"/>
          <w:lang w:val="ru-RU"/>
        </w:rPr>
        <w:t>__ 2025 року</w:t>
      </w:r>
    </w:p>
    <w:p w:rsidR="009E188E" w:rsidRPr="002A59E4" w:rsidRDefault="00000000" w:rsidP="002A59E4">
      <w:pPr>
        <w:pStyle w:val="21"/>
        <w:spacing w:before="0"/>
        <w:rPr>
          <w:rFonts w:ascii="Cambria" w:hAnsi="Cambria"/>
          <w:color w:val="000000" w:themeColor="text1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Загальна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інформація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про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учасника</w:t>
      </w:r>
      <w:proofErr w:type="spellEnd"/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Повна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назва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підприємства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/ФОП: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Код ЄДРПОУ / РНОКПП: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Адреса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реєстрації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Контактна особа: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- Посада: _______________________________</w:t>
      </w:r>
    </w:p>
    <w:p w:rsidR="009E188E" w:rsidRPr="002A59E4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Телефон, </w:t>
      </w:r>
      <w:r w:rsidRPr="002A59E4">
        <w:rPr>
          <w:rFonts w:ascii="Cambria" w:hAnsi="Cambria"/>
          <w:sz w:val="24"/>
          <w:szCs w:val="24"/>
        </w:rPr>
        <w:t>email</w:t>
      </w:r>
      <w:r w:rsidRPr="002A59E4">
        <w:rPr>
          <w:rFonts w:ascii="Cambria" w:hAnsi="Cambria"/>
          <w:sz w:val="24"/>
          <w:szCs w:val="24"/>
          <w:lang w:val="ru-RU"/>
        </w:rPr>
        <w:t>: _______________________________</w:t>
      </w:r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</w:rPr>
        <w:t>Комерційна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</w:rPr>
        <w:t>пропозиція</w:t>
      </w:r>
      <w:proofErr w:type="spellEnd"/>
    </w:p>
    <w:tbl>
      <w:tblPr>
        <w:tblW w:w="8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1728"/>
        <w:gridCol w:w="1728"/>
        <w:gridCol w:w="1728"/>
      </w:tblGrid>
      <w:tr w:rsidR="002A59E4" w:rsidRPr="0091396C" w:rsidTr="002A59E4">
        <w:trPr>
          <w:trHeight w:val="1154"/>
        </w:trPr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Найменування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товару</w:t>
            </w:r>
            <w:proofErr w:type="spellEnd"/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</w:rPr>
              <w:t>Кількість</w:t>
            </w:r>
            <w:proofErr w:type="spellEnd"/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  <w:lang w:val="ru-RU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Ціна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одиницю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(грн, без ПДВ)</w:t>
            </w:r>
          </w:p>
        </w:tc>
        <w:tc>
          <w:tcPr>
            <w:tcW w:w="1728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  <w:lang w:val="ru-RU"/>
              </w:rPr>
            </w:pP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Загальна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>вартість</w:t>
            </w:r>
            <w:proofErr w:type="spellEnd"/>
            <w:r w:rsidRPr="002A59E4">
              <w:rPr>
                <w:rFonts w:ascii="Cambria" w:hAnsi="Cambria"/>
                <w:sz w:val="24"/>
                <w:szCs w:val="24"/>
                <w:lang w:val="ru-RU"/>
              </w:rPr>
              <w:t xml:space="preserve"> (грн, без ПДВ)</w:t>
            </w: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2A59E4" w:rsidRDefault="00000000">
            <w:pPr>
              <w:rPr>
                <w:rFonts w:ascii="Cambria" w:hAnsi="Cambria"/>
                <w:sz w:val="24"/>
                <w:szCs w:val="24"/>
              </w:rPr>
            </w:pPr>
            <w:r w:rsidRPr="002A59E4">
              <w:rPr>
                <w:rFonts w:ascii="Cambria" w:hAnsi="Cambria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ru-RU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  <w:tc>
          <w:tcPr>
            <w:tcW w:w="1728" w:type="dxa"/>
          </w:tcPr>
          <w:p w:rsidR="009E188E" w:rsidRPr="002A59E4" w:rsidRDefault="009E188E">
            <w:pPr>
              <w:rPr>
                <w:rFonts w:ascii="Cambria" w:hAnsi="Cambria"/>
                <w:sz w:val="24"/>
                <w:szCs w:val="24"/>
                <w:lang w:val="uk-UA"/>
              </w:rPr>
            </w:pPr>
          </w:p>
        </w:tc>
      </w:tr>
      <w:tr w:rsidR="002A59E4" w:rsidRPr="002A59E4" w:rsidTr="002A59E4">
        <w:tc>
          <w:tcPr>
            <w:tcW w:w="534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3260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D0769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2A59E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  <w:tc>
          <w:tcPr>
            <w:tcW w:w="1728" w:type="dxa"/>
          </w:tcPr>
          <w:p w:rsidR="009E188E" w:rsidRPr="002A59E4" w:rsidRDefault="00D07694">
            <w:pPr>
              <w:rPr>
                <w:rFonts w:ascii="Cambria" w:hAnsi="Cambria"/>
                <w:sz w:val="24"/>
                <w:szCs w:val="24"/>
                <w:lang w:val="uk-UA"/>
              </w:rPr>
            </w:pPr>
            <w:r>
              <w:rPr>
                <w:rFonts w:ascii="Cambria" w:hAnsi="Cambria"/>
                <w:sz w:val="24"/>
                <w:szCs w:val="24"/>
                <w:lang w:val="uk-UA"/>
              </w:rPr>
              <w:t>…</w:t>
            </w:r>
          </w:p>
        </w:tc>
      </w:tr>
    </w:tbl>
    <w:p w:rsidR="002A59E4" w:rsidRDefault="00000000" w:rsidP="002A59E4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>Разом (без ПДВ): _______ грн</w:t>
      </w:r>
      <w:r w:rsidR="002A59E4">
        <w:rPr>
          <w:rFonts w:ascii="Cambria" w:hAnsi="Cambria"/>
          <w:sz w:val="24"/>
          <w:szCs w:val="24"/>
          <w:lang w:val="ru-RU"/>
        </w:rPr>
        <w:t xml:space="preserve">. </w:t>
      </w:r>
    </w:p>
    <w:p w:rsidR="009E188E" w:rsidRPr="002A59E4" w:rsidRDefault="00000000" w:rsidP="002A59E4">
      <w:pPr>
        <w:spacing w:after="0"/>
        <w:rPr>
          <w:rFonts w:ascii="Cambria" w:hAnsi="Cambria"/>
          <w:b/>
          <w:bCs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b/>
          <w:bCs/>
          <w:sz w:val="24"/>
          <w:szCs w:val="24"/>
          <w:lang w:val="ru-RU"/>
        </w:rPr>
        <w:t>Технічні</w:t>
      </w:r>
      <w:proofErr w:type="spellEnd"/>
      <w:r w:rsidRPr="002A59E4">
        <w:rPr>
          <w:rFonts w:ascii="Cambria" w:hAnsi="Cambria"/>
          <w:b/>
          <w:bCs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b/>
          <w:bCs/>
          <w:sz w:val="24"/>
          <w:szCs w:val="24"/>
          <w:lang w:val="ru-RU"/>
        </w:rPr>
        <w:t>документи</w:t>
      </w:r>
      <w:proofErr w:type="spellEnd"/>
    </w:p>
    <w:p w:rsidR="009E188E" w:rsidRPr="00404C87" w:rsidRDefault="00000000" w:rsidP="002A59E4">
      <w:pPr>
        <w:spacing w:after="0"/>
        <w:rPr>
          <w:rFonts w:ascii="Cambria" w:hAnsi="Cambria"/>
          <w:sz w:val="24"/>
          <w:szCs w:val="24"/>
          <w:lang w:val="ru-RU"/>
        </w:rPr>
      </w:pPr>
      <w:r w:rsidRPr="00404C87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Технічні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характеристики та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паспорти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товарів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Сертифікати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відповідності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(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якщо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наявні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>)</w:t>
      </w:r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Гарантійні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умови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Інші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документи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,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підтверджують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якість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товару та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відповідність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технічним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вимогам</w:t>
      </w:r>
      <w:proofErr w:type="spellEnd"/>
    </w:p>
    <w:p w:rsidR="009E188E" w:rsidRPr="00404C87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lastRenderedPageBreak/>
        <w:t>Кваліфікаційні</w:t>
      </w:r>
      <w:proofErr w:type="spellEnd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color w:val="000000" w:themeColor="text1"/>
          <w:sz w:val="24"/>
          <w:szCs w:val="24"/>
          <w:lang w:val="ru-RU"/>
        </w:rPr>
        <w:t>документи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404C87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Копія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виписки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з ЄДР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або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свідоцтва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про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держреєстрацію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Витяг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з ЄДР з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відповідними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КВЕДами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br/>
        <w:t xml:space="preserve">- Документ,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підтверджує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право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уповноваженої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особи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підписувати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404C87">
        <w:rPr>
          <w:rFonts w:ascii="Cambria" w:hAnsi="Cambria"/>
          <w:sz w:val="24"/>
          <w:szCs w:val="24"/>
          <w:lang w:val="ru-RU"/>
        </w:rPr>
        <w:t>пропозицію</w:t>
      </w:r>
      <w:proofErr w:type="spellEnd"/>
      <w:r w:rsidRPr="00404C87">
        <w:rPr>
          <w:rFonts w:ascii="Cambria" w:hAnsi="Cambria"/>
          <w:sz w:val="24"/>
          <w:szCs w:val="24"/>
          <w:lang w:val="ru-RU"/>
        </w:rPr>
        <w:t xml:space="preserve"> </w:t>
      </w:r>
      <w:r w:rsidRPr="002A59E4">
        <w:rPr>
          <w:rFonts w:ascii="Cambria" w:hAnsi="Cambria"/>
          <w:sz w:val="24"/>
          <w:szCs w:val="24"/>
          <w:lang w:val="ru-RU"/>
        </w:rPr>
        <w:t>(наказ/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довіреність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)</w:t>
      </w:r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Додаткові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документи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(за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бажанням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)</w:t>
      </w:r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Рекомендаційні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листи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Позитивні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відгуки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Інші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матеріали</w:t>
      </w:r>
      <w:proofErr w:type="spellEnd"/>
    </w:p>
    <w:p w:rsidR="009E188E" w:rsidRPr="002A59E4" w:rsidRDefault="00000000">
      <w:pPr>
        <w:pStyle w:val="21"/>
        <w:rPr>
          <w:rFonts w:ascii="Cambria" w:hAnsi="Cambria"/>
          <w:color w:val="000000" w:themeColor="text1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Підтвердження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відповідності</w:t>
      </w:r>
      <w:proofErr w:type="spellEnd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color w:val="000000" w:themeColor="text1"/>
          <w:sz w:val="24"/>
          <w:szCs w:val="24"/>
          <w:lang w:val="ru-RU"/>
        </w:rPr>
        <w:t>вимогам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Підписанням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цієї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пропозиції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ми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підтверджуємо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,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що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:</w:t>
      </w:r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Ознайомлені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та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згодні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з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умовами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тендерного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оголошення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Ознайомлені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з Кодексом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поведінки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постачальників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br/>
        <w:t xml:space="preserve">-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Гарантуємо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відсутність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пов’язаних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осіб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або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змови</w:t>
      </w:r>
      <w:proofErr w:type="spellEnd"/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br/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Підпис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_________________________</w:t>
      </w:r>
      <w:r w:rsidRPr="002A59E4">
        <w:rPr>
          <w:rFonts w:ascii="Cambria" w:hAnsi="Cambria"/>
          <w:sz w:val="24"/>
          <w:szCs w:val="24"/>
          <w:lang w:val="ru-RU"/>
        </w:rPr>
        <w:br/>
        <w:t xml:space="preserve">(ПІБ, посада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уповноваженої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 xml:space="preserve"> особи)</w:t>
      </w:r>
    </w:p>
    <w:p w:rsidR="009E188E" w:rsidRPr="002A59E4" w:rsidRDefault="00000000">
      <w:pPr>
        <w:rPr>
          <w:rFonts w:ascii="Cambria" w:hAnsi="Cambria"/>
          <w:sz w:val="24"/>
          <w:szCs w:val="24"/>
          <w:lang w:val="ru-RU"/>
        </w:rPr>
      </w:pPr>
      <w:r w:rsidRPr="002A59E4">
        <w:rPr>
          <w:rFonts w:ascii="Cambria" w:hAnsi="Cambria"/>
          <w:sz w:val="24"/>
          <w:szCs w:val="24"/>
          <w:lang w:val="ru-RU"/>
        </w:rPr>
        <w:t xml:space="preserve">М.П. (за </w:t>
      </w:r>
      <w:proofErr w:type="spellStart"/>
      <w:r w:rsidRPr="002A59E4">
        <w:rPr>
          <w:rFonts w:ascii="Cambria" w:hAnsi="Cambria"/>
          <w:sz w:val="24"/>
          <w:szCs w:val="24"/>
          <w:lang w:val="ru-RU"/>
        </w:rPr>
        <w:t>наявності</w:t>
      </w:r>
      <w:proofErr w:type="spellEnd"/>
      <w:r w:rsidRPr="002A59E4">
        <w:rPr>
          <w:rFonts w:ascii="Cambria" w:hAnsi="Cambria"/>
          <w:sz w:val="24"/>
          <w:szCs w:val="24"/>
          <w:lang w:val="ru-RU"/>
        </w:rPr>
        <w:t>)</w:t>
      </w:r>
      <w:r w:rsidRPr="002A59E4">
        <w:rPr>
          <w:rFonts w:ascii="Cambria" w:hAnsi="Cambria"/>
          <w:sz w:val="24"/>
          <w:szCs w:val="24"/>
          <w:lang w:val="ru-RU"/>
        </w:rPr>
        <w:br/>
        <w:t>Дата: «___» ___</w:t>
      </w:r>
      <w:r w:rsidR="00A0670C">
        <w:rPr>
          <w:rFonts w:ascii="Cambria" w:hAnsi="Cambria"/>
          <w:sz w:val="24"/>
          <w:szCs w:val="24"/>
          <w:lang w:val="ru-RU"/>
        </w:rPr>
        <w:t>___</w:t>
      </w:r>
      <w:r w:rsidRPr="002A59E4">
        <w:rPr>
          <w:rFonts w:ascii="Cambria" w:hAnsi="Cambria"/>
          <w:sz w:val="24"/>
          <w:szCs w:val="24"/>
          <w:lang w:val="ru-RU"/>
        </w:rPr>
        <w:t>_______ 2025 року</w:t>
      </w:r>
    </w:p>
    <w:sectPr w:rsidR="009E188E" w:rsidRPr="002A59E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32559765">
    <w:abstractNumId w:val="8"/>
  </w:num>
  <w:num w:numId="2" w16cid:durableId="1834174557">
    <w:abstractNumId w:val="6"/>
  </w:num>
  <w:num w:numId="3" w16cid:durableId="99228102">
    <w:abstractNumId w:val="5"/>
  </w:num>
  <w:num w:numId="4" w16cid:durableId="1102144637">
    <w:abstractNumId w:val="4"/>
  </w:num>
  <w:num w:numId="5" w16cid:durableId="1047219142">
    <w:abstractNumId w:val="7"/>
  </w:num>
  <w:num w:numId="6" w16cid:durableId="1728184944">
    <w:abstractNumId w:val="3"/>
  </w:num>
  <w:num w:numId="7" w16cid:durableId="349336730">
    <w:abstractNumId w:val="2"/>
  </w:num>
  <w:num w:numId="8" w16cid:durableId="1772503355">
    <w:abstractNumId w:val="1"/>
  </w:num>
  <w:num w:numId="9" w16cid:durableId="1549336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4AF1"/>
    <w:rsid w:val="0006063C"/>
    <w:rsid w:val="0015074B"/>
    <w:rsid w:val="001A6FC0"/>
    <w:rsid w:val="00274000"/>
    <w:rsid w:val="00274E2B"/>
    <w:rsid w:val="0029639D"/>
    <w:rsid w:val="002A59E4"/>
    <w:rsid w:val="00326F90"/>
    <w:rsid w:val="003D003A"/>
    <w:rsid w:val="00404C87"/>
    <w:rsid w:val="0047154E"/>
    <w:rsid w:val="005D3A56"/>
    <w:rsid w:val="008C4C65"/>
    <w:rsid w:val="0091396C"/>
    <w:rsid w:val="00975B55"/>
    <w:rsid w:val="009E188E"/>
    <w:rsid w:val="00A0670C"/>
    <w:rsid w:val="00AA1D8D"/>
    <w:rsid w:val="00B47730"/>
    <w:rsid w:val="00CB0664"/>
    <w:rsid w:val="00CC27E9"/>
    <w:rsid w:val="00D07694"/>
    <w:rsid w:val="00E5184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11DF5E"/>
  <w14:defaultImageDpi w14:val="300"/>
  <w15:docId w15:val="{C35ABB3C-E899-ED47-87D6-43F02C15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Yuliia Yuliia</cp:lastModifiedBy>
  <cp:revision>4</cp:revision>
  <dcterms:created xsi:type="dcterms:W3CDTF">2025-10-20T08:17:00Z</dcterms:created>
  <dcterms:modified xsi:type="dcterms:W3CDTF">2025-11-01T20:31:00Z</dcterms:modified>
  <cp:category/>
</cp:coreProperties>
</file>