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fc"/>
        <w:tblW w:w="0" w:type="auto"/>
        <w:tblLook w:val="04A0" w:firstRow="1" w:lastRow="0" w:firstColumn="1" w:lastColumn="0" w:noHBand="0" w:noVBand="1"/>
      </w:tblPr>
      <w:tblGrid>
        <w:gridCol w:w="2547"/>
        <w:gridCol w:w="7513"/>
      </w:tblGrid>
      <w:tr w:rsidR="00173923" w:rsidRPr="007E1494" w14:paraId="4D61267B" w14:textId="77777777" w:rsidTr="000D09E6">
        <w:trPr>
          <w:trHeight w:val="29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1FF5EFB5" w14:textId="77777777" w:rsidR="00173923" w:rsidRPr="007E1494" w:rsidRDefault="00173923" w:rsidP="000D09E6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 xml:space="preserve">Партія або тендер № </w:t>
            </w:r>
          </w:p>
          <w:p w14:paraId="38F9B2AB" w14:textId="77777777" w:rsidR="00173923" w:rsidRPr="007E1494" w:rsidRDefault="00173923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>Lot or tender Reference No.: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59"/>
              <w:gridCol w:w="709"/>
              <w:gridCol w:w="582"/>
              <w:gridCol w:w="694"/>
            </w:tblGrid>
            <w:tr w:rsidR="00173923" w:rsidRPr="007E1494" w14:paraId="5BF79018" w14:textId="77777777" w:rsidTr="000D09E6">
              <w:trPr>
                <w:trHeight w:val="340"/>
              </w:trPr>
              <w:tc>
                <w:tcPr>
                  <w:tcW w:w="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5E4821A3" w14:textId="7892E577" w:rsidR="00173923" w:rsidRPr="007E1494" w:rsidRDefault="001F5D25" w:rsidP="000D09E6">
                  <w:pPr>
                    <w:pStyle w:val="a9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103F4A0D" w14:textId="77777777" w:rsidR="00173923" w:rsidRPr="007E1494" w:rsidRDefault="00173923" w:rsidP="000D09E6">
                  <w:pPr>
                    <w:pStyle w:val="a9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7E1494">
                    <w:rPr>
                      <w:rFonts w:asciiTheme="majorHAnsi" w:hAnsiTheme="majorHAnsi" w:cstheme="majorHAnsi"/>
                      <w:sz w:val="20"/>
                      <w:szCs w:val="20"/>
                    </w:rPr>
                    <w:t>LOT</w:t>
                  </w:r>
                </w:p>
              </w:tc>
              <w:tc>
                <w:tcPr>
                  <w:tcW w:w="5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67089469" w14:textId="08014F85" w:rsidR="00173923" w:rsidRPr="007E1494" w:rsidRDefault="00173923" w:rsidP="000D09E6">
                  <w:pPr>
                    <w:pStyle w:val="a9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 w:rsidRPr="007E1494">
                    <w:rPr>
                      <w:rFonts w:asciiTheme="majorHAnsi" w:hAnsiTheme="majorHAnsi" w:cstheme="majorHAnsi"/>
                      <w:sz w:val="20"/>
                      <w:szCs w:val="20"/>
                    </w:rPr>
                    <w:t>SER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5DFEC" w:themeFill="accent4" w:themeFillTint="33"/>
                  <w:vAlign w:val="center"/>
                  <w:hideMark/>
                </w:tcPr>
                <w:p w14:paraId="4F32691E" w14:textId="1B509308" w:rsidR="00173923" w:rsidRPr="007E1494" w:rsidRDefault="001F5D25" w:rsidP="000D09E6">
                  <w:pPr>
                    <w:pStyle w:val="a9"/>
                    <w:rPr>
                      <w:rFonts w:asciiTheme="majorHAnsi" w:hAnsiTheme="majorHAnsi" w:cstheme="majorHAnsi"/>
                      <w:sz w:val="20"/>
                      <w:szCs w:val="20"/>
                    </w:rPr>
                  </w:pPr>
                  <w:r>
                    <w:rPr>
                      <w:rFonts w:asciiTheme="majorHAnsi" w:hAnsiTheme="majorHAnsi" w:cstheme="majorHAnsi"/>
                      <w:sz w:val="20"/>
                      <w:szCs w:val="20"/>
                    </w:rPr>
                    <w:t>04</w:t>
                  </w:r>
                </w:p>
              </w:tc>
            </w:tr>
          </w:tbl>
          <w:p w14:paraId="435FCDA6" w14:textId="77777777" w:rsidR="00173923" w:rsidRPr="007E1494" w:rsidRDefault="00173923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73923" w:rsidRPr="007E1494" w14:paraId="7F26310D" w14:textId="77777777" w:rsidTr="000D09E6">
        <w:trPr>
          <w:trHeight w:val="29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230E19F9" w14:textId="77777777" w:rsidR="00173923" w:rsidRPr="007E1494" w:rsidRDefault="00173923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>Назва  заходу у проєкті: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 xml:space="preserve"> Activity 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title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C8F858B" w14:textId="77777777" w:rsidR="00173923" w:rsidRPr="005143EC" w:rsidRDefault="001F5D25" w:rsidP="000D09E6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/>
              </w:rPr>
            </w:pPr>
            <w:r w:rsidRPr="005143EC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>Підтримка кейс-менеджерів гінекологічних кабінетів безбар’єрного доступу</w:t>
            </w:r>
          </w:p>
          <w:p w14:paraId="6F071E66" w14:textId="00FE57EA" w:rsidR="000B218D" w:rsidRPr="005143EC" w:rsidRDefault="000B218D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 w:rsidRPr="005143EC">
              <w:rPr>
                <w:rFonts w:asciiTheme="majorHAnsi" w:hAnsiTheme="majorHAnsi" w:cstheme="majorHAnsi"/>
                <w:sz w:val="20"/>
                <w:szCs w:val="20"/>
              </w:rPr>
              <w:t xml:space="preserve">Support for Case Managers of Barrier-Free </w:t>
            </w:r>
            <w:r w:rsidR="00433248" w:rsidRPr="005143EC">
              <w:rPr>
                <w:rFonts w:asciiTheme="majorHAnsi" w:hAnsiTheme="majorHAnsi" w:cstheme="majorHAnsi"/>
                <w:sz w:val="20"/>
                <w:szCs w:val="20"/>
              </w:rPr>
              <w:t>Sexual and Reproductive Health Service Delivery Points</w:t>
            </w:r>
          </w:p>
        </w:tc>
      </w:tr>
      <w:tr w:rsidR="00173923" w:rsidRPr="007E1494" w14:paraId="156E3C67" w14:textId="77777777" w:rsidTr="000D09E6">
        <w:trPr>
          <w:trHeight w:val="300"/>
        </w:trPr>
        <w:tc>
          <w:tcPr>
            <w:tcW w:w="254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5DFEC" w:themeFill="accent4" w:themeFillTint="33"/>
            <w:hideMark/>
          </w:tcPr>
          <w:p w14:paraId="7734C59E" w14:textId="77777777" w:rsidR="00173923" w:rsidRPr="007E1494" w:rsidRDefault="00173923" w:rsidP="000D09E6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/>
              </w:rPr>
              <w:t xml:space="preserve">Назва договору:  </w:t>
            </w:r>
          </w:p>
          <w:p w14:paraId="3E8E2F04" w14:textId="77777777" w:rsidR="00173923" w:rsidRPr="007E1494" w:rsidRDefault="00173923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da-DK"/>
              </w:rPr>
            </w:pP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 xml:space="preserve">Contract 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en-GB"/>
              </w:rPr>
              <w:t>title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:</w:t>
            </w:r>
            <w:r w:rsidRPr="007E1494">
              <w:rPr>
                <w:rFonts w:asciiTheme="majorHAnsi" w:hAnsiTheme="majorHAnsi" w:cstheme="majorHAnsi"/>
                <w:sz w:val="20"/>
                <w:szCs w:val="20"/>
                <w:lang w:val="da-DK"/>
              </w:rPr>
              <w:t>:</w:t>
            </w:r>
          </w:p>
        </w:tc>
        <w:tc>
          <w:tcPr>
            <w:tcW w:w="75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4121893" w14:textId="77777777" w:rsidR="00173923" w:rsidRPr="005143EC" w:rsidRDefault="001F5D25" w:rsidP="000D09E6">
            <w:pPr>
              <w:pStyle w:val="a9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/>
              </w:rPr>
            </w:pPr>
            <w:r w:rsidRPr="005143EC"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/>
              </w:rPr>
              <w:t>«Договір про надання послуг із супервізійної підтримки кейс-менеджерів гінекологічних кабінетів безбар’єрного доступу»</w:t>
            </w:r>
          </w:p>
          <w:p w14:paraId="6FAE8697" w14:textId="601AE385" w:rsidR="000B218D" w:rsidRPr="005143EC" w:rsidRDefault="000B218D" w:rsidP="000D09E6">
            <w:pPr>
              <w:pStyle w:val="a9"/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 w:rsidRPr="005143EC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 xml:space="preserve">Service Agreement for Providing Supervisory Support to Case Managers of </w:t>
            </w:r>
            <w:r w:rsidR="00433248" w:rsidRPr="005143EC">
              <w:rPr>
                <w:rFonts w:asciiTheme="majorHAnsi" w:hAnsiTheme="majorHAnsi" w:cstheme="majorHAnsi"/>
                <w:sz w:val="20"/>
                <w:szCs w:val="20"/>
              </w:rPr>
              <w:t>Sexual and Reproductive Health Service Delivery Points</w:t>
            </w:r>
          </w:p>
        </w:tc>
      </w:tr>
    </w:tbl>
    <w:p w14:paraId="41100479" w14:textId="77777777" w:rsidR="00173923" w:rsidRPr="007E1494" w:rsidRDefault="00000000" w:rsidP="00173923">
      <w:pPr>
        <w:spacing w:after="160" w:line="278" w:lineRule="auto"/>
        <w:jc w:val="both"/>
        <w:rPr>
          <w:rFonts w:cs="Calibri"/>
          <w:b/>
          <w:bCs/>
          <w:kern w:val="2"/>
          <w:sz w:val="20"/>
          <w:szCs w:val="20"/>
          <w14:ligatures w14:val="standardContextual"/>
        </w:rPr>
      </w:pPr>
      <w:r>
        <w:rPr>
          <w:rFonts w:cs="Calibri"/>
          <w:b/>
          <w:bCs/>
          <w:noProof/>
          <w:kern w:val="2"/>
          <w:sz w:val="20"/>
          <w:szCs w:val="20"/>
        </w:rPr>
        <w:pict w14:anchorId="6B6CA252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E5DFEC" w:themeFill="accent4" w:themeFillTint="33"/>
        <w:tblLook w:val="04A0" w:firstRow="1" w:lastRow="0" w:firstColumn="1" w:lastColumn="0" w:noHBand="0" w:noVBand="1"/>
      </w:tblPr>
      <w:tblGrid>
        <w:gridCol w:w="10062"/>
      </w:tblGrid>
      <w:tr w:rsidR="00E73A82" w:rsidRPr="007E1494" w14:paraId="6FCECC3E" w14:textId="77777777" w:rsidTr="003B5D11">
        <w:trPr>
          <w:trHeight w:val="290"/>
        </w:trPr>
        <w:tc>
          <w:tcPr>
            <w:tcW w:w="10062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  <w:vAlign w:val="center"/>
            <w:hideMark/>
          </w:tcPr>
          <w:p w14:paraId="618BE6C1" w14:textId="5373D97B" w:rsidR="00E73A82" w:rsidRPr="00BF1D31" w:rsidRDefault="00E73A82" w:rsidP="003B5D11">
            <w:pPr>
              <w:pStyle w:val="a9"/>
              <w:ind w:left="360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</w:pPr>
            <w:r w:rsidRPr="00BF1D31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 xml:space="preserve">ДОДАТОК 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  <w:lang w:val="uk-UA" w:eastAsia="da-DK"/>
              </w:rPr>
              <w:t>2</w:t>
            </w:r>
            <w:r w:rsidRPr="00BF1D31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 xml:space="preserve">. </w:t>
            </w:r>
            <w:r w:rsidRPr="00E73A82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t xml:space="preserve">РЕЄСТРАЦІЙНА ФОРМА КОНТРАГЕНТА </w:t>
            </w:r>
          </w:p>
          <w:p w14:paraId="4F206C14" w14:textId="521A1969" w:rsidR="00E73A82" w:rsidRPr="00BF1D31" w:rsidRDefault="00E73A82" w:rsidP="003B5D11">
            <w:pPr>
              <w:pStyle w:val="a9"/>
              <w:ind w:left="360"/>
              <w:rPr>
                <w:rFonts w:asciiTheme="majorHAnsi" w:hAnsiTheme="majorHAnsi" w:cstheme="majorHAnsi"/>
                <w:kern w:val="2"/>
                <w:sz w:val="20"/>
                <w:szCs w:val="20"/>
                <w:lang w:val="da-DK"/>
                <w14:ligatures w14:val="standardContextual"/>
              </w:rPr>
            </w:pPr>
            <w:r w:rsidRPr="00BF1D31"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  <w:t xml:space="preserve">ANNEX </w:t>
            </w:r>
            <w:r>
              <w:rPr>
                <w:rFonts w:asciiTheme="majorHAnsi" w:hAnsiTheme="majorHAnsi" w:cstheme="majorHAnsi"/>
                <w:sz w:val="20"/>
                <w:szCs w:val="20"/>
                <w:lang w:val="uk-UA" w:eastAsia="da-DK"/>
              </w:rPr>
              <w:t>2</w:t>
            </w:r>
            <w:r w:rsidRPr="00BF1D31"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  <w:t xml:space="preserve">. </w:t>
            </w:r>
            <w:r>
              <w:rPr>
                <w:rFonts w:asciiTheme="majorHAnsi" w:hAnsiTheme="majorHAnsi" w:cstheme="majorHAnsi"/>
                <w:sz w:val="20"/>
                <w:szCs w:val="20"/>
                <w:lang w:eastAsia="da-DK"/>
              </w:rPr>
              <w:t>CONTRACTOR REGISTRATION FORM</w:t>
            </w:r>
          </w:p>
          <w:p w14:paraId="29DF1FAC" w14:textId="77777777" w:rsidR="00E73A82" w:rsidRPr="00173923" w:rsidRDefault="00E73A82" w:rsidP="003B5D11">
            <w:pPr>
              <w:pStyle w:val="a9"/>
              <w:ind w:left="360"/>
              <w:rPr>
                <w:rFonts w:asciiTheme="majorHAnsi" w:hAnsiTheme="majorHAnsi" w:cstheme="majorHAnsi"/>
                <w:kern w:val="2"/>
                <w:sz w:val="20"/>
                <w:szCs w:val="20"/>
                <w:lang w:val="da-DK"/>
                <w14:ligatures w14:val="standardContextual"/>
              </w:rPr>
            </w:pPr>
          </w:p>
        </w:tc>
      </w:tr>
    </w:tbl>
    <w:p w14:paraId="77C956A8" w14:textId="77777777" w:rsidR="00A75273" w:rsidRDefault="00A75273" w:rsidP="00BF1D31">
      <w:pPr>
        <w:spacing w:line="240" w:lineRule="auto"/>
        <w:rPr>
          <w:rFonts w:asciiTheme="majorHAnsi" w:hAnsiTheme="majorHAnsi" w:cstheme="majorHAnsi"/>
          <w:sz w:val="20"/>
          <w:szCs w:val="20"/>
          <w:lang w:val="uk-UA"/>
        </w:rPr>
      </w:pPr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482"/>
        <w:gridCol w:w="2914"/>
        <w:gridCol w:w="1669"/>
        <w:gridCol w:w="1403"/>
        <w:gridCol w:w="902"/>
        <w:gridCol w:w="891"/>
        <w:gridCol w:w="1799"/>
        <w:gridCol w:w="10"/>
      </w:tblGrid>
      <w:tr w:rsidR="00E73A82" w:rsidRPr="00534495" w14:paraId="2B6FEB36" w14:textId="77777777" w:rsidTr="00E73A82">
        <w:trPr>
          <w:trHeight w:val="300"/>
        </w:trPr>
        <w:tc>
          <w:tcPr>
            <w:tcW w:w="482" w:type="dxa"/>
            <w:hideMark/>
          </w:tcPr>
          <w:p w14:paraId="5094C42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①</w:t>
            </w:r>
          </w:p>
        </w:tc>
        <w:tc>
          <w:tcPr>
            <w:tcW w:w="9588" w:type="dxa"/>
            <w:gridSpan w:val="7"/>
            <w:shd w:val="clear" w:color="auto" w:fill="E5DFEC" w:themeFill="accent4" w:themeFillTint="33"/>
            <w:hideMark/>
          </w:tcPr>
          <w:p w14:paraId="7636B2A2" w14:textId="77777777" w:rsidR="00534495" w:rsidRPr="00534495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ВІДОМІСТЬ ПРО ПІДПРИЄМСТВО (УЧАСНИКА) </w:t>
            </w:r>
          </w:p>
        </w:tc>
      </w:tr>
      <w:tr w:rsidR="00E73A82" w:rsidRPr="00534495" w14:paraId="56D055B5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17BF6E8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4583" w:type="dxa"/>
            <w:gridSpan w:val="2"/>
            <w:hideMark/>
          </w:tcPr>
          <w:p w14:paraId="2600DBA2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Повна офіційна назва підприємства (учасника) </w:t>
            </w:r>
          </w:p>
        </w:tc>
        <w:tc>
          <w:tcPr>
            <w:tcW w:w="5005" w:type="dxa"/>
            <w:gridSpan w:val="5"/>
            <w:hideMark/>
          </w:tcPr>
          <w:p w14:paraId="09F6A97A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21E8E6A3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1174D6E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4583" w:type="dxa"/>
            <w:gridSpan w:val="2"/>
            <w:noWrap/>
            <w:hideMark/>
          </w:tcPr>
          <w:p w14:paraId="4A65F13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Адреса юридична</w:t>
            </w:r>
          </w:p>
        </w:tc>
        <w:tc>
          <w:tcPr>
            <w:tcW w:w="5005" w:type="dxa"/>
            <w:gridSpan w:val="5"/>
            <w:hideMark/>
          </w:tcPr>
          <w:p w14:paraId="43E42193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1DFDCA84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7EE4B3B5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4583" w:type="dxa"/>
            <w:gridSpan w:val="2"/>
            <w:noWrap/>
            <w:hideMark/>
          </w:tcPr>
          <w:p w14:paraId="26CF254F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Адреса фактична</w:t>
            </w:r>
          </w:p>
        </w:tc>
        <w:tc>
          <w:tcPr>
            <w:tcW w:w="5005" w:type="dxa"/>
            <w:gridSpan w:val="5"/>
            <w:hideMark/>
          </w:tcPr>
          <w:p w14:paraId="73D71998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739BA5AD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2C4EEBD1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4583" w:type="dxa"/>
            <w:gridSpan w:val="2"/>
            <w:noWrap/>
            <w:hideMark/>
          </w:tcPr>
          <w:p w14:paraId="6AB97DC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Рік заснування:</w:t>
            </w:r>
          </w:p>
        </w:tc>
        <w:tc>
          <w:tcPr>
            <w:tcW w:w="5005" w:type="dxa"/>
            <w:gridSpan w:val="5"/>
            <w:hideMark/>
          </w:tcPr>
          <w:p w14:paraId="691C093F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61C5648E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352FDE5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4583" w:type="dxa"/>
            <w:gridSpan w:val="2"/>
            <w:noWrap/>
            <w:hideMark/>
          </w:tcPr>
          <w:p w14:paraId="0871E9F5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Контактні дані компанії (телефон)</w:t>
            </w:r>
          </w:p>
        </w:tc>
        <w:tc>
          <w:tcPr>
            <w:tcW w:w="5005" w:type="dxa"/>
            <w:gridSpan w:val="5"/>
            <w:hideMark/>
          </w:tcPr>
          <w:p w14:paraId="15290584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3F39BB31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6CAF7FF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4583" w:type="dxa"/>
            <w:gridSpan w:val="2"/>
            <w:noWrap/>
            <w:hideMark/>
          </w:tcPr>
          <w:p w14:paraId="23CDF609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Контактні дані компанії (e-mail)</w:t>
            </w:r>
          </w:p>
        </w:tc>
        <w:tc>
          <w:tcPr>
            <w:tcW w:w="5005" w:type="dxa"/>
            <w:gridSpan w:val="5"/>
            <w:hideMark/>
          </w:tcPr>
          <w:p w14:paraId="2F648B1E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3519F36A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24CF109B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4583" w:type="dxa"/>
            <w:gridSpan w:val="2"/>
            <w:noWrap/>
            <w:hideMark/>
          </w:tcPr>
          <w:p w14:paraId="36BCE0E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Країна реєстрації</w:t>
            </w:r>
          </w:p>
        </w:tc>
        <w:tc>
          <w:tcPr>
            <w:tcW w:w="5005" w:type="dxa"/>
            <w:gridSpan w:val="5"/>
            <w:hideMark/>
          </w:tcPr>
          <w:p w14:paraId="070DBD0B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20E5E951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3F9BE7A0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4583" w:type="dxa"/>
            <w:gridSpan w:val="2"/>
            <w:noWrap/>
            <w:hideMark/>
          </w:tcPr>
          <w:p w14:paraId="5B11AED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Веб сайт (за наявності)</w:t>
            </w:r>
          </w:p>
        </w:tc>
        <w:tc>
          <w:tcPr>
            <w:tcW w:w="5005" w:type="dxa"/>
            <w:gridSpan w:val="5"/>
            <w:hideMark/>
          </w:tcPr>
          <w:p w14:paraId="506DD735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279CFD29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2F3492D5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4583" w:type="dxa"/>
            <w:gridSpan w:val="2"/>
            <w:hideMark/>
          </w:tcPr>
          <w:p w14:paraId="0EF1B705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Код ЄДРПОУ</w:t>
            </w:r>
          </w:p>
        </w:tc>
        <w:tc>
          <w:tcPr>
            <w:tcW w:w="5005" w:type="dxa"/>
            <w:gridSpan w:val="5"/>
            <w:hideMark/>
          </w:tcPr>
          <w:p w14:paraId="6A06F2C9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16B752D4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4CA8D633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4583" w:type="dxa"/>
            <w:gridSpan w:val="2"/>
            <w:hideMark/>
          </w:tcPr>
          <w:p w14:paraId="042E473C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КВЕД відповідної діяльності (за наявності)</w:t>
            </w:r>
          </w:p>
        </w:tc>
        <w:tc>
          <w:tcPr>
            <w:tcW w:w="5005" w:type="dxa"/>
            <w:gridSpan w:val="5"/>
            <w:hideMark/>
          </w:tcPr>
          <w:p w14:paraId="7E6F8111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2792C44E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11F146F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4583" w:type="dxa"/>
            <w:gridSpan w:val="2"/>
            <w:hideMark/>
          </w:tcPr>
          <w:p w14:paraId="703D25AF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Ліцензія (за наявності)</w:t>
            </w:r>
          </w:p>
        </w:tc>
        <w:tc>
          <w:tcPr>
            <w:tcW w:w="5005" w:type="dxa"/>
            <w:gridSpan w:val="5"/>
            <w:hideMark/>
          </w:tcPr>
          <w:p w14:paraId="74DB993E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54D932B3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4481A3A7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12</w:t>
            </w:r>
          </w:p>
        </w:tc>
        <w:tc>
          <w:tcPr>
            <w:tcW w:w="4583" w:type="dxa"/>
            <w:gridSpan w:val="2"/>
            <w:hideMark/>
          </w:tcPr>
          <w:p w14:paraId="3C7003CD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ПІБ особи, яка представляє компанію на тендері</w:t>
            </w:r>
          </w:p>
        </w:tc>
        <w:tc>
          <w:tcPr>
            <w:tcW w:w="5005" w:type="dxa"/>
            <w:gridSpan w:val="5"/>
            <w:hideMark/>
          </w:tcPr>
          <w:p w14:paraId="304EA9EA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02178B53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2B7ADBD0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4583" w:type="dxa"/>
            <w:gridSpan w:val="2"/>
            <w:hideMark/>
          </w:tcPr>
          <w:p w14:paraId="234F8BC9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Посада , яка представляє компанію на тендері</w:t>
            </w:r>
          </w:p>
        </w:tc>
        <w:tc>
          <w:tcPr>
            <w:tcW w:w="5005" w:type="dxa"/>
            <w:gridSpan w:val="5"/>
            <w:hideMark/>
          </w:tcPr>
          <w:p w14:paraId="3DB273F6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2DCF5CD7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5C48924B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14</w:t>
            </w:r>
          </w:p>
        </w:tc>
        <w:tc>
          <w:tcPr>
            <w:tcW w:w="4583" w:type="dxa"/>
            <w:gridSpan w:val="2"/>
            <w:noWrap/>
            <w:hideMark/>
          </w:tcPr>
          <w:p w14:paraId="6721285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Контактні дані (телефон)</w:t>
            </w:r>
          </w:p>
        </w:tc>
        <w:tc>
          <w:tcPr>
            <w:tcW w:w="5005" w:type="dxa"/>
            <w:gridSpan w:val="5"/>
            <w:hideMark/>
          </w:tcPr>
          <w:p w14:paraId="7E16051E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5A2A7EDB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07297136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15</w:t>
            </w:r>
          </w:p>
        </w:tc>
        <w:tc>
          <w:tcPr>
            <w:tcW w:w="4583" w:type="dxa"/>
            <w:gridSpan w:val="2"/>
            <w:noWrap/>
            <w:hideMark/>
          </w:tcPr>
          <w:p w14:paraId="5BE8D492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Контактні дані (e-mail)</w:t>
            </w:r>
          </w:p>
        </w:tc>
        <w:tc>
          <w:tcPr>
            <w:tcW w:w="5005" w:type="dxa"/>
            <w:gridSpan w:val="5"/>
            <w:hideMark/>
          </w:tcPr>
          <w:p w14:paraId="0E2FC879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20CC5B68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2B517A8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16</w:t>
            </w:r>
          </w:p>
        </w:tc>
        <w:tc>
          <w:tcPr>
            <w:tcW w:w="4583" w:type="dxa"/>
            <w:gridSpan w:val="2"/>
            <w:hideMark/>
          </w:tcPr>
          <w:p w14:paraId="6FD6D7F2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ПІБ особи, уповноваженої підписувати договір</w:t>
            </w:r>
          </w:p>
        </w:tc>
        <w:tc>
          <w:tcPr>
            <w:tcW w:w="5005" w:type="dxa"/>
            <w:gridSpan w:val="5"/>
            <w:hideMark/>
          </w:tcPr>
          <w:p w14:paraId="20275A9F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5EB634C2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5ADB6FD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17</w:t>
            </w:r>
          </w:p>
        </w:tc>
        <w:tc>
          <w:tcPr>
            <w:tcW w:w="4583" w:type="dxa"/>
            <w:gridSpan w:val="2"/>
            <w:hideMark/>
          </w:tcPr>
          <w:p w14:paraId="2F5F24E9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Посада особи, уповноваженої підписувати договір </w:t>
            </w:r>
          </w:p>
        </w:tc>
        <w:tc>
          <w:tcPr>
            <w:tcW w:w="5005" w:type="dxa"/>
            <w:gridSpan w:val="5"/>
            <w:hideMark/>
          </w:tcPr>
          <w:p w14:paraId="7017DE40" w14:textId="77777777" w:rsidR="00534495" w:rsidRPr="00E73A82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21D46900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0F12EBE4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83" w:type="dxa"/>
            <w:gridSpan w:val="2"/>
            <w:hideMark/>
          </w:tcPr>
          <w:p w14:paraId="63F05581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03" w:type="dxa"/>
            <w:hideMark/>
          </w:tcPr>
          <w:p w14:paraId="160D213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902" w:type="dxa"/>
            <w:hideMark/>
          </w:tcPr>
          <w:p w14:paraId="10C0DFCE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91" w:type="dxa"/>
            <w:hideMark/>
          </w:tcPr>
          <w:p w14:paraId="52568F9E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09" w:type="dxa"/>
            <w:gridSpan w:val="2"/>
            <w:hideMark/>
          </w:tcPr>
          <w:p w14:paraId="5DD07990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73A82" w:rsidRPr="00534495" w14:paraId="7B2F1340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6CCCD6C0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②</w:t>
            </w:r>
          </w:p>
        </w:tc>
        <w:tc>
          <w:tcPr>
            <w:tcW w:w="9588" w:type="dxa"/>
            <w:gridSpan w:val="7"/>
            <w:shd w:val="clear" w:color="auto" w:fill="E5DFEC" w:themeFill="accent4" w:themeFillTint="33"/>
            <w:hideMark/>
          </w:tcPr>
          <w:p w14:paraId="095774F8" w14:textId="77777777" w:rsidR="00534495" w:rsidRPr="00534495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БАНКІВСЬКА ІНФОРМАЦІЯ</w:t>
            </w:r>
          </w:p>
        </w:tc>
      </w:tr>
      <w:tr w:rsidR="00E73A82" w:rsidRPr="00534495" w14:paraId="6B1FEC73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3F69B3E8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18</w:t>
            </w:r>
          </w:p>
        </w:tc>
        <w:tc>
          <w:tcPr>
            <w:tcW w:w="4583" w:type="dxa"/>
            <w:gridSpan w:val="2"/>
            <w:hideMark/>
          </w:tcPr>
          <w:p w14:paraId="5527AF3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Назва банку</w:t>
            </w:r>
          </w:p>
        </w:tc>
        <w:tc>
          <w:tcPr>
            <w:tcW w:w="5005" w:type="dxa"/>
            <w:gridSpan w:val="5"/>
            <w:hideMark/>
          </w:tcPr>
          <w:p w14:paraId="6E7A7679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062E1705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42BEF894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19</w:t>
            </w:r>
          </w:p>
        </w:tc>
        <w:tc>
          <w:tcPr>
            <w:tcW w:w="4583" w:type="dxa"/>
            <w:gridSpan w:val="2"/>
            <w:hideMark/>
          </w:tcPr>
          <w:p w14:paraId="335328E6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Адреса банку</w:t>
            </w:r>
          </w:p>
        </w:tc>
        <w:tc>
          <w:tcPr>
            <w:tcW w:w="5005" w:type="dxa"/>
            <w:gridSpan w:val="5"/>
            <w:hideMark/>
          </w:tcPr>
          <w:p w14:paraId="1854BEF2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463321AF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3135CAC6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20</w:t>
            </w:r>
          </w:p>
        </w:tc>
        <w:tc>
          <w:tcPr>
            <w:tcW w:w="4583" w:type="dxa"/>
            <w:gridSpan w:val="2"/>
            <w:hideMark/>
          </w:tcPr>
          <w:p w14:paraId="77B0CAFE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Номер банківського рахунка:</w:t>
            </w:r>
          </w:p>
        </w:tc>
        <w:tc>
          <w:tcPr>
            <w:tcW w:w="5005" w:type="dxa"/>
            <w:gridSpan w:val="5"/>
            <w:hideMark/>
          </w:tcPr>
          <w:p w14:paraId="546873E6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60D8F6C3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106B76A9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③</w:t>
            </w:r>
          </w:p>
        </w:tc>
        <w:tc>
          <w:tcPr>
            <w:tcW w:w="9588" w:type="dxa"/>
            <w:gridSpan w:val="7"/>
            <w:shd w:val="clear" w:color="auto" w:fill="E5DFEC" w:themeFill="accent4" w:themeFillTint="33"/>
            <w:hideMark/>
          </w:tcPr>
          <w:p w14:paraId="05B3E15A" w14:textId="77777777" w:rsidR="00534495" w:rsidRPr="00534495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ПІДТВЕРЖЕННЯ СХОЖОГО ДОСВІДУ </w:t>
            </w:r>
          </w:p>
        </w:tc>
      </w:tr>
      <w:tr w:rsidR="00534495" w:rsidRPr="00433248" w14:paraId="54218326" w14:textId="77777777" w:rsidTr="00E73A82">
        <w:trPr>
          <w:trHeight w:val="600"/>
        </w:trPr>
        <w:tc>
          <w:tcPr>
            <w:tcW w:w="482" w:type="dxa"/>
            <w:noWrap/>
            <w:hideMark/>
          </w:tcPr>
          <w:p w14:paraId="24C932C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4583" w:type="dxa"/>
            <w:gridSpan w:val="2"/>
            <w:shd w:val="clear" w:color="auto" w:fill="E5DFEC" w:themeFill="accent4" w:themeFillTint="33"/>
            <w:hideMark/>
          </w:tcPr>
          <w:p w14:paraId="55AE9486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Найменування замовника</w:t>
            </w:r>
          </w:p>
        </w:tc>
        <w:tc>
          <w:tcPr>
            <w:tcW w:w="1403" w:type="dxa"/>
            <w:shd w:val="clear" w:color="auto" w:fill="E5DFEC" w:themeFill="accent4" w:themeFillTint="33"/>
            <w:hideMark/>
          </w:tcPr>
          <w:p w14:paraId="2584BF69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Тип товарів / Послуг</w:t>
            </w:r>
          </w:p>
        </w:tc>
        <w:tc>
          <w:tcPr>
            <w:tcW w:w="1793" w:type="dxa"/>
            <w:gridSpan w:val="2"/>
            <w:shd w:val="clear" w:color="auto" w:fill="E5DFEC" w:themeFill="accent4" w:themeFillTint="33"/>
            <w:hideMark/>
          </w:tcPr>
          <w:p w14:paraId="70AFD3BE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Ім’я контактної особи</w:t>
            </w:r>
          </w:p>
        </w:tc>
        <w:tc>
          <w:tcPr>
            <w:tcW w:w="1809" w:type="dxa"/>
            <w:gridSpan w:val="2"/>
            <w:shd w:val="clear" w:color="auto" w:fill="E5DFEC" w:themeFill="accent4" w:themeFillTint="33"/>
            <w:hideMark/>
          </w:tcPr>
          <w:p w14:paraId="245B0D7F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Контактні дані         (телефон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e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-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mail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)</w:t>
            </w:r>
          </w:p>
        </w:tc>
      </w:tr>
      <w:tr w:rsidR="00534495" w:rsidRPr="00534495" w14:paraId="0921998C" w14:textId="77777777" w:rsidTr="00E73A82">
        <w:trPr>
          <w:trHeight w:val="630"/>
        </w:trPr>
        <w:tc>
          <w:tcPr>
            <w:tcW w:w="482" w:type="dxa"/>
            <w:noWrap/>
            <w:hideMark/>
          </w:tcPr>
          <w:p w14:paraId="24B1239F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21</w:t>
            </w:r>
          </w:p>
        </w:tc>
        <w:tc>
          <w:tcPr>
            <w:tcW w:w="4583" w:type="dxa"/>
            <w:gridSpan w:val="2"/>
            <w:hideMark/>
          </w:tcPr>
          <w:p w14:paraId="3AB043EF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Заповнюється учасником</w:t>
            </w:r>
          </w:p>
        </w:tc>
        <w:tc>
          <w:tcPr>
            <w:tcW w:w="1403" w:type="dxa"/>
            <w:hideMark/>
          </w:tcPr>
          <w:p w14:paraId="172AF202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793" w:type="dxa"/>
            <w:gridSpan w:val="2"/>
            <w:hideMark/>
          </w:tcPr>
          <w:p w14:paraId="6592E375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809" w:type="dxa"/>
            <w:gridSpan w:val="2"/>
            <w:hideMark/>
          </w:tcPr>
          <w:p w14:paraId="4F2CEA34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6C772552" w14:textId="77777777" w:rsidTr="00E73A82">
        <w:trPr>
          <w:trHeight w:val="630"/>
        </w:trPr>
        <w:tc>
          <w:tcPr>
            <w:tcW w:w="482" w:type="dxa"/>
            <w:noWrap/>
            <w:hideMark/>
          </w:tcPr>
          <w:p w14:paraId="690C3C5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22</w:t>
            </w:r>
          </w:p>
        </w:tc>
        <w:tc>
          <w:tcPr>
            <w:tcW w:w="4583" w:type="dxa"/>
            <w:gridSpan w:val="2"/>
            <w:hideMark/>
          </w:tcPr>
          <w:p w14:paraId="1574B7F2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Заповнюється учасником</w:t>
            </w:r>
          </w:p>
        </w:tc>
        <w:tc>
          <w:tcPr>
            <w:tcW w:w="1403" w:type="dxa"/>
            <w:hideMark/>
          </w:tcPr>
          <w:p w14:paraId="39C17191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793" w:type="dxa"/>
            <w:gridSpan w:val="2"/>
            <w:hideMark/>
          </w:tcPr>
          <w:p w14:paraId="4D2E996C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809" w:type="dxa"/>
            <w:gridSpan w:val="2"/>
            <w:hideMark/>
          </w:tcPr>
          <w:p w14:paraId="0FC0A498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08E59A0F" w14:textId="77777777" w:rsidTr="00E73A82">
        <w:trPr>
          <w:trHeight w:val="630"/>
        </w:trPr>
        <w:tc>
          <w:tcPr>
            <w:tcW w:w="482" w:type="dxa"/>
            <w:noWrap/>
            <w:hideMark/>
          </w:tcPr>
          <w:p w14:paraId="31DFAD48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23</w:t>
            </w:r>
          </w:p>
        </w:tc>
        <w:tc>
          <w:tcPr>
            <w:tcW w:w="4583" w:type="dxa"/>
            <w:gridSpan w:val="2"/>
            <w:hideMark/>
          </w:tcPr>
          <w:p w14:paraId="6D076B9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Заповнюється учасником</w:t>
            </w:r>
          </w:p>
        </w:tc>
        <w:tc>
          <w:tcPr>
            <w:tcW w:w="1403" w:type="dxa"/>
            <w:hideMark/>
          </w:tcPr>
          <w:p w14:paraId="50B83250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793" w:type="dxa"/>
            <w:gridSpan w:val="2"/>
            <w:hideMark/>
          </w:tcPr>
          <w:p w14:paraId="456EFD9B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809" w:type="dxa"/>
            <w:gridSpan w:val="2"/>
            <w:hideMark/>
          </w:tcPr>
          <w:p w14:paraId="4E03F548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3F6D7457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7159859F" w14:textId="77777777" w:rsidR="00534495" w:rsidRPr="00534495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④</w:t>
            </w:r>
          </w:p>
        </w:tc>
        <w:tc>
          <w:tcPr>
            <w:tcW w:w="9588" w:type="dxa"/>
            <w:gridSpan w:val="7"/>
            <w:shd w:val="clear" w:color="auto" w:fill="E5DFEC" w:themeFill="accent4" w:themeFillTint="33"/>
            <w:noWrap/>
            <w:hideMark/>
          </w:tcPr>
          <w:p w14:paraId="12681EAC" w14:textId="77777777" w:rsidR="00534495" w:rsidRPr="00534495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ВІДПОВІДНІСТЬ </w:t>
            </w:r>
          </w:p>
        </w:tc>
      </w:tr>
      <w:tr w:rsidR="00E73A82" w:rsidRPr="00534495" w14:paraId="70337169" w14:textId="77777777" w:rsidTr="004432F5">
        <w:trPr>
          <w:trHeight w:val="600"/>
        </w:trPr>
        <w:tc>
          <w:tcPr>
            <w:tcW w:w="482" w:type="dxa"/>
            <w:noWrap/>
            <w:hideMark/>
          </w:tcPr>
          <w:p w14:paraId="7EE074E6" w14:textId="77777777" w:rsidR="00534495" w:rsidRPr="00E73A82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sz w:val="20"/>
                <w:szCs w:val="20"/>
              </w:rPr>
              <w:t>24</w:t>
            </w:r>
          </w:p>
        </w:tc>
        <w:tc>
          <w:tcPr>
            <w:tcW w:w="7779" w:type="dxa"/>
            <w:gridSpan w:val="5"/>
            <w:hideMark/>
          </w:tcPr>
          <w:p w14:paraId="03F18A4D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Чи було Ваше підприємство протягом останніх трьох років притягнуте до відповідальності за порушення антимонопольного законодавства України (зокрема за антиконкурентні узгоджені дії, що спотворюють результати торгів)?</w:t>
            </w:r>
          </w:p>
        </w:tc>
        <w:tc>
          <w:tcPr>
            <w:tcW w:w="1809" w:type="dxa"/>
            <w:gridSpan w:val="2"/>
            <w:shd w:val="clear" w:color="auto" w:fill="E5DFEC" w:themeFill="accent4" w:themeFillTint="33"/>
            <w:hideMark/>
          </w:tcPr>
          <w:p w14:paraId="6453716E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Так </w:t>
            </w: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534495">
              <w:rPr>
                <w:rFonts w:cs="Calibri"/>
                <w:sz w:val="20"/>
                <w:szCs w:val="20"/>
              </w:rPr>
              <w:t>Ні</w:t>
            </w:r>
          </w:p>
        </w:tc>
      </w:tr>
      <w:tr w:rsidR="00E73A82" w:rsidRPr="00534495" w14:paraId="59F2F568" w14:textId="77777777" w:rsidTr="00E73A82">
        <w:trPr>
          <w:trHeight w:val="600"/>
        </w:trPr>
        <w:tc>
          <w:tcPr>
            <w:tcW w:w="482" w:type="dxa"/>
            <w:noWrap/>
            <w:hideMark/>
          </w:tcPr>
          <w:p w14:paraId="0092AAEE" w14:textId="77777777" w:rsidR="00534495" w:rsidRPr="00E73A82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sz w:val="20"/>
                <w:szCs w:val="20"/>
              </w:rPr>
              <w:t>25</w:t>
            </w:r>
          </w:p>
        </w:tc>
        <w:tc>
          <w:tcPr>
            <w:tcW w:w="7779" w:type="dxa"/>
            <w:gridSpan w:val="5"/>
            <w:hideMark/>
          </w:tcPr>
          <w:p w14:paraId="15B42197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Чи має (мали) керівник або уповноважена особа судимість за злочини, пов’язані з хабарництвом, шахрайством або відмиванням коштів, яку не знято або не погашено в установленому законом порядку?</w:t>
            </w:r>
          </w:p>
        </w:tc>
        <w:tc>
          <w:tcPr>
            <w:tcW w:w="1809" w:type="dxa"/>
            <w:gridSpan w:val="2"/>
            <w:hideMark/>
          </w:tcPr>
          <w:p w14:paraId="3A794904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4AECF553" w14:textId="77777777" w:rsidTr="00E73A82">
        <w:trPr>
          <w:trHeight w:val="600"/>
        </w:trPr>
        <w:tc>
          <w:tcPr>
            <w:tcW w:w="482" w:type="dxa"/>
            <w:noWrap/>
            <w:hideMark/>
          </w:tcPr>
          <w:p w14:paraId="58BD7BEF" w14:textId="77777777" w:rsidR="00534495" w:rsidRPr="00E73A82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E73A82">
              <w:rPr>
                <w:rFonts w:asciiTheme="majorHAnsi" w:hAnsiTheme="majorHAnsi" w:cstheme="majorHAnsi"/>
                <w:sz w:val="20"/>
                <w:szCs w:val="20"/>
              </w:rPr>
              <w:t>26</w:t>
            </w:r>
          </w:p>
        </w:tc>
        <w:tc>
          <w:tcPr>
            <w:tcW w:w="7779" w:type="dxa"/>
            <w:gridSpan w:val="5"/>
            <w:hideMark/>
          </w:tcPr>
          <w:p w14:paraId="784861E7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Чи перебуває Ваше підприємство у стані банкрутства або ліквідації?</w:t>
            </w:r>
          </w:p>
        </w:tc>
        <w:tc>
          <w:tcPr>
            <w:tcW w:w="1809" w:type="dxa"/>
            <w:gridSpan w:val="2"/>
            <w:hideMark/>
          </w:tcPr>
          <w:p w14:paraId="0BE0D235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23FD5AB6" w14:textId="77777777" w:rsidTr="00E73A82">
        <w:trPr>
          <w:trHeight w:val="600"/>
        </w:trPr>
        <w:tc>
          <w:tcPr>
            <w:tcW w:w="482" w:type="dxa"/>
            <w:noWrap/>
            <w:hideMark/>
          </w:tcPr>
          <w:p w14:paraId="7F8C4239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27</w:t>
            </w:r>
          </w:p>
        </w:tc>
        <w:tc>
          <w:tcPr>
            <w:tcW w:w="7779" w:type="dxa"/>
            <w:gridSpan w:val="5"/>
            <w:hideMark/>
          </w:tcPr>
          <w:p w14:paraId="42D57314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Чи має Ваше підприємство податкову заборгованість або борги зі сплати обов’язкових платежів, включно з відстроченнями чи розстроченнями?</w:t>
            </w:r>
          </w:p>
        </w:tc>
        <w:tc>
          <w:tcPr>
            <w:tcW w:w="1809" w:type="dxa"/>
            <w:gridSpan w:val="2"/>
            <w:hideMark/>
          </w:tcPr>
          <w:p w14:paraId="11AC8F2D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42D2F125" w14:textId="77777777" w:rsidTr="00E73A82">
        <w:trPr>
          <w:trHeight w:val="600"/>
        </w:trPr>
        <w:tc>
          <w:tcPr>
            <w:tcW w:w="482" w:type="dxa"/>
            <w:noWrap/>
            <w:hideMark/>
          </w:tcPr>
          <w:p w14:paraId="498DB5C8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28</w:t>
            </w:r>
          </w:p>
        </w:tc>
        <w:tc>
          <w:tcPr>
            <w:tcW w:w="7779" w:type="dxa"/>
            <w:gridSpan w:val="5"/>
            <w:hideMark/>
          </w:tcPr>
          <w:p w14:paraId="5C83A64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Чи було у Вашої компанії достроково розірвано договір із ГО «Асоціація Амбасадорок України» через невиконання зобов’язань протягом останніх трьох років, або чи застосовувались штрафи / відшкодування збитків?</w:t>
            </w:r>
          </w:p>
        </w:tc>
        <w:tc>
          <w:tcPr>
            <w:tcW w:w="1809" w:type="dxa"/>
            <w:gridSpan w:val="2"/>
            <w:hideMark/>
          </w:tcPr>
          <w:p w14:paraId="418FC059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1ED7066B" w14:textId="77777777" w:rsidTr="00E73A82">
        <w:trPr>
          <w:trHeight w:val="600"/>
        </w:trPr>
        <w:tc>
          <w:tcPr>
            <w:tcW w:w="482" w:type="dxa"/>
            <w:noWrap/>
            <w:hideMark/>
          </w:tcPr>
          <w:p w14:paraId="3179F7F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29</w:t>
            </w:r>
          </w:p>
        </w:tc>
        <w:tc>
          <w:tcPr>
            <w:tcW w:w="7779" w:type="dxa"/>
            <w:gridSpan w:val="5"/>
            <w:hideMark/>
          </w:tcPr>
          <w:p w14:paraId="2F2AFC00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Чи існує потенційний або реальний конфлікт інтересів між Вашим підприємством і ГО «Асоціація Амбасадорок України» або її представниками?</w:t>
            </w:r>
          </w:p>
        </w:tc>
        <w:tc>
          <w:tcPr>
            <w:tcW w:w="1809" w:type="dxa"/>
            <w:gridSpan w:val="2"/>
            <w:hideMark/>
          </w:tcPr>
          <w:p w14:paraId="1F125F19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0E8ED13E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3A0F3DC3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⑤</w:t>
            </w:r>
          </w:p>
        </w:tc>
        <w:tc>
          <w:tcPr>
            <w:tcW w:w="9588" w:type="dxa"/>
            <w:gridSpan w:val="7"/>
            <w:shd w:val="clear" w:color="auto" w:fill="E5DFEC" w:themeFill="accent4" w:themeFillTint="33"/>
            <w:noWrap/>
            <w:hideMark/>
          </w:tcPr>
          <w:p w14:paraId="75C12AAB" w14:textId="77777777" w:rsidR="00534495" w:rsidRPr="00534495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КОНФІДЕНЦІЙНІСТЬ </w:t>
            </w:r>
          </w:p>
        </w:tc>
      </w:tr>
      <w:tr w:rsidR="00E73A82" w:rsidRPr="00534495" w14:paraId="391F18E7" w14:textId="77777777" w:rsidTr="00E73A82">
        <w:trPr>
          <w:trHeight w:val="530"/>
        </w:trPr>
        <w:tc>
          <w:tcPr>
            <w:tcW w:w="482" w:type="dxa"/>
            <w:shd w:val="clear" w:color="auto" w:fill="E5DFEC" w:themeFill="accent4" w:themeFillTint="33"/>
            <w:noWrap/>
            <w:hideMark/>
          </w:tcPr>
          <w:p w14:paraId="57F6F988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30</w:t>
            </w:r>
          </w:p>
        </w:tc>
        <w:tc>
          <w:tcPr>
            <w:tcW w:w="7779" w:type="dxa"/>
            <w:gridSpan w:val="5"/>
            <w:hideMark/>
          </w:tcPr>
          <w:p w14:paraId="38CFB08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Чи погоджуєтесь Ви зберігати конфіденційність усієї інформації, отриманої або створеної під час участі у цій процедурі закупівлі, та використовувати її лише з цією метою?</w:t>
            </w:r>
          </w:p>
        </w:tc>
        <w:tc>
          <w:tcPr>
            <w:tcW w:w="1809" w:type="dxa"/>
            <w:gridSpan w:val="2"/>
            <w:hideMark/>
          </w:tcPr>
          <w:p w14:paraId="12B4B20B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Так </w:t>
            </w: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534495">
              <w:rPr>
                <w:rFonts w:cs="Calibri"/>
                <w:sz w:val="20"/>
                <w:szCs w:val="20"/>
              </w:rPr>
              <w:t>Ні</w:t>
            </w:r>
          </w:p>
        </w:tc>
      </w:tr>
      <w:tr w:rsidR="00E73A82" w:rsidRPr="00534495" w14:paraId="5FECAF25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61BA089B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⑥</w:t>
            </w:r>
          </w:p>
        </w:tc>
        <w:tc>
          <w:tcPr>
            <w:tcW w:w="9588" w:type="dxa"/>
            <w:gridSpan w:val="7"/>
            <w:shd w:val="clear" w:color="auto" w:fill="E5DFEC" w:themeFill="accent4" w:themeFillTint="33"/>
            <w:noWrap/>
            <w:hideMark/>
          </w:tcPr>
          <w:p w14:paraId="38E90EE1" w14:textId="77777777" w:rsidR="00534495" w:rsidRPr="00534495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ЗАХИСТ ПЕРСОНАЛЬНИХ ДАНИХ</w:t>
            </w:r>
          </w:p>
        </w:tc>
      </w:tr>
      <w:tr w:rsidR="00E73A82" w:rsidRPr="00534495" w14:paraId="5B3FD1C8" w14:textId="77777777" w:rsidTr="00E73A82">
        <w:trPr>
          <w:trHeight w:val="530"/>
        </w:trPr>
        <w:tc>
          <w:tcPr>
            <w:tcW w:w="482" w:type="dxa"/>
            <w:shd w:val="clear" w:color="auto" w:fill="E5DFEC" w:themeFill="accent4" w:themeFillTint="33"/>
            <w:noWrap/>
            <w:hideMark/>
          </w:tcPr>
          <w:p w14:paraId="61EAA2CB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31</w:t>
            </w:r>
          </w:p>
        </w:tc>
        <w:tc>
          <w:tcPr>
            <w:tcW w:w="7779" w:type="dxa"/>
            <w:gridSpan w:val="5"/>
            <w:hideMark/>
          </w:tcPr>
          <w:p w14:paraId="01742E93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Чи надаєте Ви згоду на обробку, використання, поширення та доступ до персональних даних відповідно до Закону України «Про захист персональних даних»?</w:t>
            </w:r>
          </w:p>
        </w:tc>
        <w:tc>
          <w:tcPr>
            <w:tcW w:w="1809" w:type="dxa"/>
            <w:gridSpan w:val="2"/>
            <w:hideMark/>
          </w:tcPr>
          <w:p w14:paraId="612B754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Так </w:t>
            </w: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534495">
              <w:rPr>
                <w:rFonts w:cs="Calibri"/>
                <w:sz w:val="20"/>
                <w:szCs w:val="20"/>
              </w:rPr>
              <w:t>Ні</w:t>
            </w:r>
          </w:p>
        </w:tc>
      </w:tr>
      <w:tr w:rsidR="00E73A82" w:rsidRPr="00534495" w14:paraId="3B940BCF" w14:textId="77777777" w:rsidTr="00E73A82">
        <w:trPr>
          <w:trHeight w:val="530"/>
        </w:trPr>
        <w:tc>
          <w:tcPr>
            <w:tcW w:w="482" w:type="dxa"/>
            <w:shd w:val="clear" w:color="auto" w:fill="E5DFEC" w:themeFill="accent4" w:themeFillTint="33"/>
            <w:noWrap/>
            <w:hideMark/>
          </w:tcPr>
          <w:p w14:paraId="3A5FBD8C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32</w:t>
            </w:r>
          </w:p>
        </w:tc>
        <w:tc>
          <w:tcPr>
            <w:tcW w:w="7779" w:type="dxa"/>
            <w:gridSpan w:val="5"/>
            <w:hideMark/>
          </w:tcPr>
          <w:p w14:paraId="05F7802D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Чи погоджуєтесь Ви на використання наданих персональних даних у складі тендерної пропозиції для участі у процедурах закупівлі та у відповідних договірних правовідносинах? </w:t>
            </w:r>
          </w:p>
        </w:tc>
        <w:tc>
          <w:tcPr>
            <w:tcW w:w="1809" w:type="dxa"/>
            <w:gridSpan w:val="2"/>
            <w:hideMark/>
          </w:tcPr>
          <w:p w14:paraId="02FCE96F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Так </w:t>
            </w:r>
            <w:r w:rsidRPr="00534495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534495">
              <w:rPr>
                <w:rFonts w:cs="Calibri"/>
                <w:sz w:val="20"/>
                <w:szCs w:val="20"/>
              </w:rPr>
              <w:t>Ні</w:t>
            </w:r>
          </w:p>
        </w:tc>
      </w:tr>
      <w:tr w:rsidR="00E73A82" w:rsidRPr="00433248" w14:paraId="0E9A142E" w14:textId="77777777" w:rsidTr="00E73A82">
        <w:trPr>
          <w:trHeight w:val="300"/>
        </w:trPr>
        <w:tc>
          <w:tcPr>
            <w:tcW w:w="482" w:type="dxa"/>
            <w:noWrap/>
            <w:hideMark/>
          </w:tcPr>
          <w:p w14:paraId="7A3FAB06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⑦</w:t>
            </w:r>
          </w:p>
        </w:tc>
        <w:tc>
          <w:tcPr>
            <w:tcW w:w="9588" w:type="dxa"/>
            <w:gridSpan w:val="7"/>
            <w:shd w:val="clear" w:color="auto" w:fill="E5DFEC" w:themeFill="accent4" w:themeFillTint="33"/>
            <w:noWrap/>
            <w:hideMark/>
          </w:tcPr>
          <w:p w14:paraId="7790F1D3" w14:textId="77777777" w:rsidR="00534495" w:rsidRPr="00433248" w:rsidRDefault="00534495" w:rsidP="00534495">
            <w:pPr>
              <w:rPr>
                <w:rFonts w:asciiTheme="majorHAnsi" w:hAnsiTheme="majorHAnsi" w:cstheme="majorHAnsi"/>
                <w:b/>
                <w:bCs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b/>
                <w:bCs/>
                <w:sz w:val="20"/>
                <w:szCs w:val="20"/>
                <w:lang w:val="ru-RU"/>
              </w:rPr>
              <w:t>ПЕРЕЛІК НЕОБХІДНИХ ДОКУМЕНТІВ ЯКІ МАЄ НАДАТИ УЧАСНИК ТЕНДЕРУ:</w:t>
            </w:r>
          </w:p>
        </w:tc>
      </w:tr>
      <w:tr w:rsidR="00E73A82" w:rsidRPr="00534495" w14:paraId="39B0DEAD" w14:textId="77777777" w:rsidTr="004432F5">
        <w:trPr>
          <w:trHeight w:val="300"/>
        </w:trPr>
        <w:tc>
          <w:tcPr>
            <w:tcW w:w="482" w:type="dxa"/>
            <w:noWrap/>
            <w:hideMark/>
          </w:tcPr>
          <w:p w14:paraId="702F6AF8" w14:textId="2127B4D2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</w:p>
          <w:p w14:paraId="57F2EA03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</w:p>
        </w:tc>
        <w:tc>
          <w:tcPr>
            <w:tcW w:w="7779" w:type="dxa"/>
            <w:gridSpan w:val="5"/>
            <w:shd w:val="clear" w:color="auto" w:fill="E5DFEC" w:themeFill="accent4" w:themeFillTint="33"/>
            <w:hideMark/>
          </w:tcPr>
          <w:p w14:paraId="1D084770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Адміністративний  пакет</w:t>
            </w:r>
          </w:p>
        </w:tc>
        <w:tc>
          <w:tcPr>
            <w:tcW w:w="1809" w:type="dxa"/>
            <w:gridSpan w:val="2"/>
            <w:noWrap/>
            <w:hideMark/>
          </w:tcPr>
          <w:p w14:paraId="61A95F10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Додано</w:t>
            </w:r>
          </w:p>
        </w:tc>
      </w:tr>
      <w:tr w:rsidR="00E73A82" w:rsidRPr="00534495" w14:paraId="574F0E0A" w14:textId="77777777" w:rsidTr="00E73A82">
        <w:trPr>
          <w:trHeight w:val="30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515B61F9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7779" w:type="dxa"/>
            <w:gridSpan w:val="5"/>
            <w:hideMark/>
          </w:tcPr>
          <w:p w14:paraId="39CA601B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Додаток «А» РЕЄСТРАЦІЙНА ФОРМА КОНТРАГЕНТА, Заповнений та підписаниий у форматі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pdf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;</w:t>
            </w:r>
          </w:p>
        </w:tc>
        <w:tc>
          <w:tcPr>
            <w:tcW w:w="1809" w:type="dxa"/>
            <w:gridSpan w:val="2"/>
            <w:hideMark/>
          </w:tcPr>
          <w:p w14:paraId="23D5ACB3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33D51B28" w14:textId="77777777" w:rsidTr="00E73A82">
        <w:trPr>
          <w:trHeight w:val="30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399001C4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7779" w:type="dxa"/>
            <w:gridSpan w:val="5"/>
            <w:hideMark/>
          </w:tcPr>
          <w:p w14:paraId="64A08269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Реєстраційні документи:</w:t>
            </w:r>
          </w:p>
        </w:tc>
        <w:tc>
          <w:tcPr>
            <w:tcW w:w="1809" w:type="dxa"/>
            <w:gridSpan w:val="2"/>
            <w:hideMark/>
          </w:tcPr>
          <w:p w14:paraId="7CB7D78C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3D31470E" w14:textId="77777777" w:rsidTr="00E73A82">
        <w:trPr>
          <w:trHeight w:val="300"/>
        </w:trPr>
        <w:tc>
          <w:tcPr>
            <w:tcW w:w="482" w:type="dxa"/>
            <w:hideMark/>
          </w:tcPr>
          <w:p w14:paraId="117FACC5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7779" w:type="dxa"/>
            <w:gridSpan w:val="5"/>
            <w:hideMark/>
          </w:tcPr>
          <w:p w14:paraId="6A13AFDF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Витяг та виписка з ЄДР про державну реєстрацію, у форматі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pdf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;  </w:t>
            </w:r>
          </w:p>
        </w:tc>
        <w:tc>
          <w:tcPr>
            <w:tcW w:w="1809" w:type="dxa"/>
            <w:gridSpan w:val="2"/>
            <w:hideMark/>
          </w:tcPr>
          <w:p w14:paraId="104EE198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30F7DBAA" w14:textId="77777777" w:rsidTr="00E73A82">
        <w:trPr>
          <w:trHeight w:val="300"/>
        </w:trPr>
        <w:tc>
          <w:tcPr>
            <w:tcW w:w="482" w:type="dxa"/>
            <w:hideMark/>
          </w:tcPr>
          <w:p w14:paraId="267FBED3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7779" w:type="dxa"/>
            <w:gridSpan w:val="5"/>
            <w:hideMark/>
          </w:tcPr>
          <w:p w14:paraId="0DC87D39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Витяг з реєстру платників податків, у форматі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pdf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;  </w:t>
            </w:r>
          </w:p>
        </w:tc>
        <w:tc>
          <w:tcPr>
            <w:tcW w:w="1809" w:type="dxa"/>
            <w:gridSpan w:val="2"/>
            <w:hideMark/>
          </w:tcPr>
          <w:p w14:paraId="5F789BA4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5E42FFFF" w14:textId="77777777" w:rsidTr="00E73A82">
        <w:trPr>
          <w:trHeight w:val="1080"/>
        </w:trPr>
        <w:tc>
          <w:tcPr>
            <w:tcW w:w="482" w:type="dxa"/>
            <w:hideMark/>
          </w:tcPr>
          <w:p w14:paraId="2FB2D09E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7779" w:type="dxa"/>
            <w:gridSpan w:val="5"/>
            <w:hideMark/>
          </w:tcPr>
          <w:p w14:paraId="79F9F84A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Додатково для Юридичних осіб, у форматі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pdf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;: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br/>
              <w:t xml:space="preserve">Копія Статуту або витяг зі Статуту 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br/>
              <w:t>Документ, що підтверджує повноваження особи підписувати договір (протокол, рішення, наказ тощо) про призначення на посаду керівника Учасника або витяг з такого документу</w:t>
            </w:r>
          </w:p>
        </w:tc>
        <w:tc>
          <w:tcPr>
            <w:tcW w:w="1809" w:type="dxa"/>
            <w:gridSpan w:val="2"/>
            <w:hideMark/>
          </w:tcPr>
          <w:p w14:paraId="05B7263F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6CF8B4C7" w14:textId="77777777" w:rsidTr="00E73A82">
        <w:trPr>
          <w:trHeight w:val="1670"/>
        </w:trPr>
        <w:tc>
          <w:tcPr>
            <w:tcW w:w="482" w:type="dxa"/>
            <w:hideMark/>
          </w:tcPr>
          <w:p w14:paraId="4B63D3EB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7779" w:type="dxa"/>
            <w:gridSpan w:val="5"/>
            <w:hideMark/>
          </w:tcPr>
          <w:p w14:paraId="4FC5C8FE" w14:textId="19812894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Додатково для ФОП-виконавеців, у форматі pdf;  :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br/>
              <w:t xml:space="preserve">Копія свідоцтва про реєстрацію платника податку/єдиного податку 3-ї групи з відповідними КВЕДами                                   </w:t>
            </w:r>
            <w:r w:rsidR="004432F5">
              <w:rPr>
                <w:rFonts w:asciiTheme="majorHAnsi" w:hAnsiTheme="majorHAnsi" w:cstheme="majorHAnsi"/>
                <w:sz w:val="20"/>
                <w:szCs w:val="20"/>
              </w:rPr>
              <w:t xml:space="preserve">                                                                               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Копія Витягу (Виписки) про сплату єдиного податку із зазначенням видів діяльності (якщо приватний підприємець – платник єдиного податку)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br/>
              <w:t xml:space="preserve">Копія документа, який підтверджує, що ФОП-виконавець послуг має право займатися відповідним видом діяльності (якщо приватний підприємець працює із застосуванням загальної системи оподаткування); </w:t>
            </w:r>
          </w:p>
        </w:tc>
        <w:tc>
          <w:tcPr>
            <w:tcW w:w="1809" w:type="dxa"/>
            <w:gridSpan w:val="2"/>
            <w:hideMark/>
          </w:tcPr>
          <w:p w14:paraId="71BCA451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7B96C235" w14:textId="77777777" w:rsidTr="00E73A82">
        <w:trPr>
          <w:trHeight w:val="300"/>
        </w:trPr>
        <w:tc>
          <w:tcPr>
            <w:tcW w:w="482" w:type="dxa"/>
            <w:hideMark/>
          </w:tcPr>
          <w:p w14:paraId="1C3C3227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> </w:t>
            </w:r>
          </w:p>
        </w:tc>
        <w:tc>
          <w:tcPr>
            <w:tcW w:w="7779" w:type="dxa"/>
            <w:gridSpan w:val="5"/>
            <w:hideMark/>
          </w:tcPr>
          <w:p w14:paraId="4C5CBF62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Довідка про відсутність податкового боргу, у форматі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pdf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;</w:t>
            </w:r>
          </w:p>
        </w:tc>
        <w:tc>
          <w:tcPr>
            <w:tcW w:w="1809" w:type="dxa"/>
            <w:gridSpan w:val="2"/>
            <w:hideMark/>
          </w:tcPr>
          <w:p w14:paraId="1D26FBCE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1BFAAE73" w14:textId="77777777" w:rsidTr="004432F5">
        <w:trPr>
          <w:trHeight w:val="300"/>
        </w:trPr>
        <w:tc>
          <w:tcPr>
            <w:tcW w:w="482" w:type="dxa"/>
            <w:noWrap/>
            <w:hideMark/>
          </w:tcPr>
          <w:p w14:paraId="5A4A1D9E" w14:textId="663B1E89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C431CA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779" w:type="dxa"/>
            <w:gridSpan w:val="5"/>
            <w:shd w:val="clear" w:color="auto" w:fill="E5DFEC" w:themeFill="accent4" w:themeFillTint="33"/>
            <w:hideMark/>
          </w:tcPr>
          <w:p w14:paraId="05AFC5E2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Технічний пакет</w:t>
            </w:r>
          </w:p>
        </w:tc>
        <w:tc>
          <w:tcPr>
            <w:tcW w:w="1809" w:type="dxa"/>
            <w:gridSpan w:val="2"/>
            <w:noWrap/>
            <w:hideMark/>
          </w:tcPr>
          <w:p w14:paraId="434728F2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Додано</w:t>
            </w:r>
          </w:p>
        </w:tc>
      </w:tr>
      <w:tr w:rsidR="00E73A82" w:rsidRPr="00534495" w14:paraId="5791B68E" w14:textId="77777777" w:rsidTr="00E73A82">
        <w:trPr>
          <w:trHeight w:val="60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3CEBDFB8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7779" w:type="dxa"/>
            <w:gridSpan w:val="5"/>
            <w:hideMark/>
          </w:tcPr>
          <w:p w14:paraId="3FF26A37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Інформація про компанію: Резюме (для фізичних осіб) або портфоліо (для компаній), де детально викладено досвід роботи Виконавця, а також будь-яку іншу відповідну інформацію, у форматі pdf;</w:t>
            </w:r>
          </w:p>
        </w:tc>
        <w:tc>
          <w:tcPr>
            <w:tcW w:w="1809" w:type="dxa"/>
            <w:gridSpan w:val="2"/>
            <w:hideMark/>
          </w:tcPr>
          <w:p w14:paraId="51E19EB0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18E09157" w14:textId="77777777" w:rsidTr="00E73A82">
        <w:trPr>
          <w:trHeight w:val="29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0C153FA7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7779" w:type="dxa"/>
            <w:gridSpan w:val="5"/>
            <w:hideMark/>
          </w:tcPr>
          <w:p w14:paraId="2637A9E2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Досвід роботи: Учасники тендеру повинні мати мінімум два (2) роки досвіду роботи у відповідній сфері</w:t>
            </w:r>
          </w:p>
        </w:tc>
        <w:tc>
          <w:tcPr>
            <w:tcW w:w="1809" w:type="dxa"/>
            <w:gridSpan w:val="2"/>
            <w:hideMark/>
          </w:tcPr>
          <w:p w14:paraId="407D1021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72F2EAFC" w14:textId="77777777" w:rsidTr="00E73A82">
        <w:trPr>
          <w:trHeight w:val="29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7A3477C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8</w:t>
            </w:r>
          </w:p>
        </w:tc>
        <w:tc>
          <w:tcPr>
            <w:tcW w:w="7779" w:type="dxa"/>
            <w:gridSpan w:val="5"/>
            <w:hideMark/>
          </w:tcPr>
          <w:p w14:paraId="49E481A2" w14:textId="16AB69CC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Підтвердження участі в аналогічних проєктах: копії замовлень на закупівлю / контрактів / актів виконаних робіт.</w:t>
            </w:r>
          </w:p>
        </w:tc>
        <w:tc>
          <w:tcPr>
            <w:tcW w:w="1809" w:type="dxa"/>
            <w:gridSpan w:val="2"/>
            <w:hideMark/>
          </w:tcPr>
          <w:p w14:paraId="5E4E0A6D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535D85B9" w14:textId="77777777" w:rsidTr="00E73A82">
        <w:trPr>
          <w:trHeight w:val="59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6C2DBB42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9</w:t>
            </w:r>
          </w:p>
        </w:tc>
        <w:tc>
          <w:tcPr>
            <w:tcW w:w="7779" w:type="dxa"/>
            <w:gridSpan w:val="5"/>
            <w:hideMark/>
          </w:tcPr>
          <w:p w14:paraId="3175BA9B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Рекомендаційні листи-відгуки про співпрацю (щонайменше один) від попередніх замовників або партнерів, які підтверджують належне виконання договорів на постачання аналогічної продукції / надання аналогічних послуг</w:t>
            </w:r>
          </w:p>
        </w:tc>
        <w:tc>
          <w:tcPr>
            <w:tcW w:w="1809" w:type="dxa"/>
            <w:gridSpan w:val="2"/>
            <w:hideMark/>
          </w:tcPr>
          <w:p w14:paraId="0C8487E1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68DDC2BD" w14:textId="77777777" w:rsidTr="004432F5">
        <w:trPr>
          <w:trHeight w:val="300"/>
        </w:trPr>
        <w:tc>
          <w:tcPr>
            <w:tcW w:w="482" w:type="dxa"/>
            <w:noWrap/>
            <w:hideMark/>
          </w:tcPr>
          <w:p w14:paraId="2CCD552B" w14:textId="050F60DD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7C60EF9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7779" w:type="dxa"/>
            <w:gridSpan w:val="5"/>
            <w:shd w:val="clear" w:color="auto" w:fill="E5DFEC" w:themeFill="accent4" w:themeFillTint="33"/>
            <w:hideMark/>
          </w:tcPr>
          <w:p w14:paraId="643951FA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Фінансовий пакет</w:t>
            </w:r>
          </w:p>
        </w:tc>
        <w:tc>
          <w:tcPr>
            <w:tcW w:w="1809" w:type="dxa"/>
            <w:gridSpan w:val="2"/>
            <w:noWrap/>
            <w:hideMark/>
          </w:tcPr>
          <w:p w14:paraId="060AD6C4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sz w:val="20"/>
                <w:szCs w:val="20"/>
              </w:rPr>
              <w:t>Додано</w:t>
            </w:r>
          </w:p>
        </w:tc>
      </w:tr>
      <w:tr w:rsidR="00E73A82" w:rsidRPr="00534495" w14:paraId="6845341E" w14:textId="77777777" w:rsidTr="00E73A82">
        <w:trPr>
          <w:trHeight w:val="30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1E84CCF1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10</w:t>
            </w:r>
          </w:p>
        </w:tc>
        <w:tc>
          <w:tcPr>
            <w:tcW w:w="7779" w:type="dxa"/>
            <w:gridSpan w:val="5"/>
            <w:hideMark/>
          </w:tcPr>
          <w:p w14:paraId="67B6EBD3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Додаток «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B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»  ФІНАНСОВА ПРОПОЗИЦІЯ, Заповнений та підписаниий у форматі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pdf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, та окремо у форматі </w:t>
            </w: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excel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;.</w:t>
            </w:r>
          </w:p>
        </w:tc>
        <w:tc>
          <w:tcPr>
            <w:tcW w:w="1809" w:type="dxa"/>
            <w:gridSpan w:val="2"/>
            <w:hideMark/>
          </w:tcPr>
          <w:p w14:paraId="6F81F948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E73A82" w:rsidRPr="00534495" w14:paraId="77E92BA8" w14:textId="77777777" w:rsidTr="00E73A82">
        <w:trPr>
          <w:trHeight w:val="300"/>
        </w:trPr>
        <w:tc>
          <w:tcPr>
            <w:tcW w:w="482" w:type="dxa"/>
            <w:shd w:val="clear" w:color="auto" w:fill="E5DFEC" w:themeFill="accent4" w:themeFillTint="33"/>
            <w:hideMark/>
          </w:tcPr>
          <w:p w14:paraId="41ED5191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11</w:t>
            </w:r>
          </w:p>
        </w:tc>
        <w:tc>
          <w:tcPr>
            <w:tcW w:w="7779" w:type="dxa"/>
            <w:gridSpan w:val="5"/>
            <w:hideMark/>
          </w:tcPr>
          <w:p w14:paraId="485F0C61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Реквізити банківського рахунку, на який повинні здійснюватися платежі </w:t>
            </w:r>
          </w:p>
        </w:tc>
        <w:tc>
          <w:tcPr>
            <w:tcW w:w="1809" w:type="dxa"/>
            <w:gridSpan w:val="2"/>
            <w:hideMark/>
          </w:tcPr>
          <w:p w14:paraId="016AC3E0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Так </w:t>
            </w:r>
            <w:r w:rsidRPr="004432F5">
              <w:rPr>
                <w:rFonts w:ascii="Segoe UI Symbol" w:hAnsi="Segoe UI Symbol" w:cs="Segoe UI Symbol"/>
                <w:color w:val="00B050"/>
                <w:sz w:val="20"/>
                <w:szCs w:val="20"/>
              </w:rPr>
              <w:t>☐</w:t>
            </w: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 xml:space="preserve"> </w:t>
            </w:r>
            <w:r w:rsidRPr="004432F5">
              <w:rPr>
                <w:rFonts w:cs="Calibri"/>
                <w:color w:val="00B050"/>
                <w:sz w:val="20"/>
                <w:szCs w:val="20"/>
              </w:rPr>
              <w:t>Ні</w:t>
            </w:r>
          </w:p>
        </w:tc>
      </w:tr>
      <w:tr w:rsidR="004432F5" w:rsidRPr="00534495" w14:paraId="68EEC1FE" w14:textId="77777777" w:rsidTr="005A78C9">
        <w:trPr>
          <w:trHeight w:val="260"/>
        </w:trPr>
        <w:tc>
          <w:tcPr>
            <w:tcW w:w="10070" w:type="dxa"/>
            <w:gridSpan w:val="8"/>
            <w:noWrap/>
            <w:hideMark/>
          </w:tcPr>
          <w:p w14:paraId="71691F9D" w14:textId="77777777" w:rsidR="004432F5" w:rsidRPr="00534495" w:rsidRDefault="004432F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34495" w:rsidRPr="00534495" w14:paraId="02A315A0" w14:textId="77777777" w:rsidTr="00E73A82">
        <w:trPr>
          <w:gridAfter w:val="1"/>
          <w:wAfter w:w="10" w:type="dxa"/>
          <w:trHeight w:val="600"/>
        </w:trPr>
        <w:tc>
          <w:tcPr>
            <w:tcW w:w="10060" w:type="dxa"/>
            <w:gridSpan w:val="7"/>
            <w:hideMark/>
          </w:tcPr>
          <w:p w14:paraId="3C181324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Підписуючи цей документ, я підтверджую, що маю належні повноваження діяти та підписувати від імені компанії/підприємства, та гарантую, що інформація, подана в цій формі, є правильною, і в разі змін деталі будуть надані якнайшвидше</w:t>
            </w:r>
          </w:p>
        </w:tc>
      </w:tr>
      <w:tr w:rsidR="00534495" w:rsidRPr="00534495" w14:paraId="46CD25FE" w14:textId="77777777" w:rsidTr="00E73A82">
        <w:trPr>
          <w:gridAfter w:val="1"/>
          <w:wAfter w:w="10" w:type="dxa"/>
          <w:trHeight w:val="300"/>
        </w:trPr>
        <w:tc>
          <w:tcPr>
            <w:tcW w:w="3396" w:type="dxa"/>
            <w:gridSpan w:val="2"/>
            <w:shd w:val="clear" w:color="auto" w:fill="E5DFEC" w:themeFill="accent4" w:themeFillTint="33"/>
            <w:hideMark/>
          </w:tcPr>
          <w:p w14:paraId="0B6C6A3D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ПІБ уповноваженого представника :</w:t>
            </w:r>
          </w:p>
        </w:tc>
        <w:tc>
          <w:tcPr>
            <w:tcW w:w="6664" w:type="dxa"/>
            <w:gridSpan w:val="5"/>
            <w:hideMark/>
          </w:tcPr>
          <w:p w14:paraId="59344F25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1C840E02" w14:textId="77777777" w:rsidTr="00E73A82">
        <w:trPr>
          <w:gridAfter w:val="1"/>
          <w:wAfter w:w="10" w:type="dxa"/>
          <w:trHeight w:val="300"/>
        </w:trPr>
        <w:tc>
          <w:tcPr>
            <w:tcW w:w="3396" w:type="dxa"/>
            <w:gridSpan w:val="2"/>
            <w:shd w:val="clear" w:color="auto" w:fill="E5DFEC" w:themeFill="accent4" w:themeFillTint="33"/>
            <w:noWrap/>
            <w:hideMark/>
          </w:tcPr>
          <w:p w14:paraId="31D77766" w14:textId="77777777" w:rsidR="00534495" w:rsidRPr="00534495" w:rsidRDefault="00534495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Посада:</w:t>
            </w:r>
          </w:p>
        </w:tc>
        <w:tc>
          <w:tcPr>
            <w:tcW w:w="6664" w:type="dxa"/>
            <w:gridSpan w:val="5"/>
            <w:noWrap/>
            <w:hideMark/>
          </w:tcPr>
          <w:p w14:paraId="320C4A1D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14F40EB6" w14:textId="77777777" w:rsidTr="00E73A82">
        <w:trPr>
          <w:gridAfter w:val="1"/>
          <w:wAfter w:w="10" w:type="dxa"/>
          <w:trHeight w:val="300"/>
        </w:trPr>
        <w:tc>
          <w:tcPr>
            <w:tcW w:w="3396" w:type="dxa"/>
            <w:gridSpan w:val="2"/>
            <w:shd w:val="clear" w:color="auto" w:fill="E5DFEC" w:themeFill="accent4" w:themeFillTint="33"/>
            <w:noWrap/>
            <w:hideMark/>
          </w:tcPr>
          <w:p w14:paraId="32D2438B" w14:textId="77777777" w:rsidR="00534495" w:rsidRPr="00433248" w:rsidRDefault="00534495" w:rsidP="00534495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Дата та Штамп / Якщо застосовно: </w:t>
            </w:r>
          </w:p>
        </w:tc>
        <w:tc>
          <w:tcPr>
            <w:tcW w:w="6664" w:type="dxa"/>
            <w:gridSpan w:val="5"/>
            <w:noWrap/>
            <w:hideMark/>
          </w:tcPr>
          <w:p w14:paraId="4776003D" w14:textId="77777777" w:rsidR="00534495" w:rsidRPr="004432F5" w:rsidRDefault="00534495" w:rsidP="00534495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4432F5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E73A82" w:rsidRPr="00534495" w14:paraId="6CD4480E" w14:textId="77777777" w:rsidTr="00E73A82">
        <w:trPr>
          <w:gridAfter w:val="1"/>
          <w:wAfter w:w="10" w:type="dxa"/>
          <w:trHeight w:val="920"/>
        </w:trPr>
        <w:tc>
          <w:tcPr>
            <w:tcW w:w="3396" w:type="dxa"/>
            <w:gridSpan w:val="2"/>
            <w:shd w:val="clear" w:color="auto" w:fill="E5DFEC" w:themeFill="accent4" w:themeFillTint="33"/>
            <w:noWrap/>
            <w:hideMark/>
          </w:tcPr>
          <w:p w14:paraId="7942C1B3" w14:textId="77777777" w:rsidR="00E73A82" w:rsidRPr="00534495" w:rsidRDefault="00E73A82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Підпис: </w:t>
            </w:r>
          </w:p>
          <w:p w14:paraId="110DE452" w14:textId="77777777" w:rsidR="00E73A82" w:rsidRPr="00534495" w:rsidRDefault="00E73A82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  <w:p w14:paraId="7D43387D" w14:textId="5CFCCDAB" w:rsidR="00E73A82" w:rsidRPr="00534495" w:rsidRDefault="00E73A82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  <w:tc>
          <w:tcPr>
            <w:tcW w:w="6664" w:type="dxa"/>
            <w:gridSpan w:val="5"/>
            <w:noWrap/>
            <w:hideMark/>
          </w:tcPr>
          <w:p w14:paraId="16DB0ED2" w14:textId="77777777" w:rsidR="00E73A82" w:rsidRPr="00534495" w:rsidRDefault="00E73A82" w:rsidP="00534495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</w:tr>
    </w:tbl>
    <w:p w14:paraId="43C612D3" w14:textId="77777777" w:rsidR="00534495" w:rsidRDefault="00534495" w:rsidP="00BF1D31">
      <w:pPr>
        <w:spacing w:line="240" w:lineRule="auto"/>
        <w:rPr>
          <w:rFonts w:asciiTheme="majorHAnsi" w:hAnsiTheme="majorHAnsi" w:cstheme="majorHAnsi"/>
          <w:sz w:val="20"/>
          <w:szCs w:val="20"/>
          <w:lang w:val="uk-UA"/>
        </w:rPr>
      </w:pPr>
    </w:p>
    <w:p w14:paraId="74EB01AC" w14:textId="77777777" w:rsidR="00534495" w:rsidRDefault="0053449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0A3AE134" w14:textId="77777777" w:rsidR="00E73A82" w:rsidRDefault="00E73A82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712F84AA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1AA28230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46806C6E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0E9A904B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05D7D75B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345355D5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24753326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62A672D7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1176B300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38D552E7" w14:textId="77777777" w:rsidR="004432F5" w:rsidRDefault="004432F5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E5DFEC" w:themeFill="accent4" w:themeFillTint="33"/>
        <w:tblLook w:val="04A0" w:firstRow="1" w:lastRow="0" w:firstColumn="1" w:lastColumn="0" w:noHBand="0" w:noVBand="1"/>
      </w:tblPr>
      <w:tblGrid>
        <w:gridCol w:w="10062"/>
      </w:tblGrid>
      <w:tr w:rsidR="00A75273" w:rsidRPr="007E1494" w14:paraId="47C8C5FD" w14:textId="77777777" w:rsidTr="007F7282">
        <w:trPr>
          <w:trHeight w:val="290"/>
        </w:trPr>
        <w:tc>
          <w:tcPr>
            <w:tcW w:w="10062" w:type="dxa"/>
            <w:tcBorders>
              <w:top w:val="nil"/>
              <w:left w:val="nil"/>
              <w:bottom w:val="nil"/>
              <w:right w:val="nil"/>
            </w:tcBorders>
            <w:shd w:val="clear" w:color="auto" w:fill="E5DFEC" w:themeFill="accent4" w:themeFillTint="33"/>
            <w:vAlign w:val="center"/>
            <w:hideMark/>
          </w:tcPr>
          <w:p w14:paraId="723592CE" w14:textId="03E2A214" w:rsidR="00A75273" w:rsidRPr="00BF1D31" w:rsidRDefault="00A75273" w:rsidP="007F7282">
            <w:pPr>
              <w:pStyle w:val="a9"/>
              <w:ind w:left="360"/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</w:pPr>
            <w:r w:rsidRPr="00A75273">
              <w:rPr>
                <w:rFonts w:asciiTheme="majorHAnsi" w:hAnsiTheme="majorHAnsi" w:cstheme="majorHAnsi"/>
                <w:b/>
                <w:bCs/>
                <w:sz w:val="20"/>
                <w:szCs w:val="20"/>
                <w:lang w:val="da-DK" w:eastAsia="da-DK"/>
              </w:rPr>
              <w:lastRenderedPageBreak/>
              <w:t>ДОДАТОК 3. ФІНАНСОВА ПРОПОЗИЦІЯ</w:t>
            </w:r>
          </w:p>
          <w:p w14:paraId="0C4DE61F" w14:textId="2030AEA5" w:rsidR="00A75273" w:rsidRPr="00BF1D31" w:rsidRDefault="00A75273" w:rsidP="007F7282">
            <w:pPr>
              <w:pStyle w:val="a9"/>
              <w:ind w:left="360"/>
              <w:rPr>
                <w:rFonts w:asciiTheme="majorHAnsi" w:hAnsiTheme="majorHAnsi" w:cstheme="majorHAnsi"/>
                <w:kern w:val="2"/>
                <w:sz w:val="20"/>
                <w:szCs w:val="20"/>
                <w:lang w:val="da-DK"/>
                <w14:ligatures w14:val="standardContextual"/>
              </w:rPr>
            </w:pPr>
            <w:r w:rsidRPr="00BF1D31"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  <w:t xml:space="preserve">ANNEX </w:t>
            </w:r>
            <w:r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  <w:t>3</w:t>
            </w:r>
            <w:r w:rsidRPr="00BF1D31">
              <w:rPr>
                <w:rFonts w:asciiTheme="majorHAnsi" w:hAnsiTheme="majorHAnsi" w:cstheme="majorHAnsi"/>
                <w:sz w:val="20"/>
                <w:szCs w:val="20"/>
                <w:lang w:val="da-DK" w:eastAsia="da-DK"/>
              </w:rPr>
              <w:t xml:space="preserve">. </w:t>
            </w:r>
            <w:r>
              <w:rPr>
                <w:rFonts w:asciiTheme="majorHAnsi" w:hAnsiTheme="majorHAnsi" w:cstheme="majorHAnsi"/>
                <w:sz w:val="20"/>
                <w:szCs w:val="20"/>
                <w:lang w:eastAsia="da-DK"/>
              </w:rPr>
              <w:t xml:space="preserve">FINANCE </w:t>
            </w:r>
            <w:r w:rsidR="00885B7F">
              <w:rPr>
                <w:rFonts w:asciiTheme="majorHAnsi" w:hAnsiTheme="majorHAnsi" w:cstheme="majorHAnsi"/>
                <w:sz w:val="20"/>
                <w:szCs w:val="20"/>
                <w:lang w:eastAsia="da-DK"/>
              </w:rPr>
              <w:t>PROPOSAL</w:t>
            </w:r>
          </w:p>
          <w:p w14:paraId="2381DB5A" w14:textId="77777777" w:rsidR="00A75273" w:rsidRPr="00173923" w:rsidRDefault="00A75273" w:rsidP="007F7282">
            <w:pPr>
              <w:pStyle w:val="a9"/>
              <w:ind w:left="360"/>
              <w:rPr>
                <w:rFonts w:asciiTheme="majorHAnsi" w:hAnsiTheme="majorHAnsi" w:cstheme="majorHAnsi"/>
                <w:kern w:val="2"/>
                <w:sz w:val="20"/>
                <w:szCs w:val="20"/>
                <w:lang w:val="da-DK"/>
                <w14:ligatures w14:val="standardContextual"/>
              </w:rPr>
            </w:pPr>
          </w:p>
        </w:tc>
      </w:tr>
    </w:tbl>
    <w:p w14:paraId="689E4ED2" w14:textId="77777777" w:rsidR="00A75273" w:rsidRDefault="00A75273" w:rsidP="00BF1D31">
      <w:pPr>
        <w:spacing w:line="240" w:lineRule="auto"/>
        <w:rPr>
          <w:rFonts w:asciiTheme="majorHAnsi" w:hAnsiTheme="majorHAnsi" w:cstheme="majorHAnsi"/>
          <w:sz w:val="20"/>
          <w:szCs w:val="20"/>
        </w:rPr>
      </w:pPr>
    </w:p>
    <w:p w14:paraId="396B8FB2" w14:textId="77777777" w:rsidR="00885B7F" w:rsidRPr="00433248" w:rsidRDefault="00885B7F" w:rsidP="00885B7F">
      <w:pPr>
        <w:spacing w:line="240" w:lineRule="auto"/>
        <w:rPr>
          <w:rFonts w:asciiTheme="majorHAnsi" w:hAnsiTheme="majorHAnsi" w:cstheme="majorHAnsi"/>
          <w:sz w:val="20"/>
          <w:szCs w:val="20"/>
          <w:lang w:val="ru-RU"/>
        </w:rPr>
      </w:pPr>
      <w:r w:rsidRPr="00433248">
        <w:rPr>
          <w:rFonts w:asciiTheme="majorHAnsi" w:hAnsiTheme="majorHAnsi" w:cstheme="majorHAnsi"/>
          <w:sz w:val="20"/>
          <w:szCs w:val="20"/>
          <w:lang w:val="ru-RU"/>
        </w:rPr>
        <w:t>Шановний(а) пане / пані,</w:t>
      </w:r>
    </w:p>
    <w:p w14:paraId="5E1DF2F8" w14:textId="1F45C694" w:rsidR="00885B7F" w:rsidRPr="00433248" w:rsidRDefault="00885B7F" w:rsidP="00885B7F">
      <w:pPr>
        <w:spacing w:line="240" w:lineRule="auto"/>
        <w:rPr>
          <w:rFonts w:asciiTheme="majorHAnsi" w:hAnsiTheme="majorHAnsi" w:cstheme="majorHAnsi"/>
          <w:sz w:val="20"/>
          <w:szCs w:val="20"/>
          <w:lang w:val="ru-RU"/>
        </w:rPr>
      </w:pPr>
      <w:r w:rsidRPr="00433248">
        <w:rPr>
          <w:rFonts w:asciiTheme="majorHAnsi" w:hAnsiTheme="majorHAnsi" w:cstheme="majorHAnsi"/>
          <w:sz w:val="20"/>
          <w:szCs w:val="20"/>
          <w:lang w:val="ru-RU"/>
        </w:rPr>
        <w:t>Нижчепідписаний(а) цим пропонує надати послуги відповідно до вимог і умов, викладених у цьому тендері</w:t>
      </w:r>
    </w:p>
    <w:tbl>
      <w:tblPr>
        <w:tblStyle w:val="aff2"/>
        <w:tblW w:w="0" w:type="auto"/>
        <w:tblInd w:w="-5" w:type="dxa"/>
        <w:tblLook w:val="04A0" w:firstRow="1" w:lastRow="0" w:firstColumn="1" w:lastColumn="0" w:noHBand="0" w:noVBand="1"/>
      </w:tblPr>
      <w:tblGrid>
        <w:gridCol w:w="452"/>
        <w:gridCol w:w="2520"/>
        <w:gridCol w:w="2275"/>
        <w:gridCol w:w="962"/>
        <w:gridCol w:w="987"/>
        <w:gridCol w:w="1403"/>
        <w:gridCol w:w="1403"/>
      </w:tblGrid>
      <w:tr w:rsidR="00A75273" w:rsidRPr="00A75273" w14:paraId="3B9CE592" w14:textId="77777777" w:rsidTr="00885B7F">
        <w:trPr>
          <w:trHeight w:val="780"/>
        </w:trPr>
        <w:tc>
          <w:tcPr>
            <w:tcW w:w="452" w:type="dxa"/>
            <w:tcBorders>
              <w:top w:val="nil"/>
            </w:tcBorders>
            <w:shd w:val="clear" w:color="auto" w:fill="E5DFEC" w:themeFill="accent4" w:themeFillTint="33"/>
            <w:hideMark/>
          </w:tcPr>
          <w:p w14:paraId="199CBF72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№</w:t>
            </w:r>
          </w:p>
        </w:tc>
        <w:tc>
          <w:tcPr>
            <w:tcW w:w="2520" w:type="dxa"/>
            <w:tcBorders>
              <w:top w:val="nil"/>
            </w:tcBorders>
            <w:shd w:val="clear" w:color="auto" w:fill="E5DFEC" w:themeFill="accent4" w:themeFillTint="33"/>
            <w:hideMark/>
          </w:tcPr>
          <w:p w14:paraId="2D694059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ОПИС ОДИНИЦІ та технічні характеристики (матеріал, розмір, колір, дизайн, якість, вага, безпека, рівні відповідності тощо)</w:t>
            </w:r>
          </w:p>
        </w:tc>
        <w:tc>
          <w:tcPr>
            <w:tcW w:w="2275" w:type="dxa"/>
            <w:shd w:val="clear" w:color="auto" w:fill="E5DFEC" w:themeFill="accent4" w:themeFillTint="33"/>
            <w:hideMark/>
          </w:tcPr>
          <w:p w14:paraId="39D65832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ITEM DESCRIPTION and technical Specifications (material, size, color, design, quality, weight, safety, levels of conformity … etc)</w:t>
            </w:r>
          </w:p>
        </w:tc>
        <w:tc>
          <w:tcPr>
            <w:tcW w:w="962" w:type="dxa"/>
            <w:shd w:val="clear" w:color="auto" w:fill="E5DFEC" w:themeFill="accent4" w:themeFillTint="33"/>
            <w:hideMark/>
          </w:tcPr>
          <w:p w14:paraId="6F02430A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Кількість / Qty</w:t>
            </w:r>
          </w:p>
        </w:tc>
        <w:tc>
          <w:tcPr>
            <w:tcW w:w="987" w:type="dxa"/>
            <w:shd w:val="clear" w:color="auto" w:fill="E5DFEC" w:themeFill="accent4" w:themeFillTint="33"/>
            <w:hideMark/>
          </w:tcPr>
          <w:p w14:paraId="44D2BE69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Одиниця / Unit</w:t>
            </w:r>
          </w:p>
        </w:tc>
        <w:tc>
          <w:tcPr>
            <w:tcW w:w="1403" w:type="dxa"/>
            <w:shd w:val="clear" w:color="auto" w:fill="E5DFEC" w:themeFill="accent4" w:themeFillTint="33"/>
            <w:hideMark/>
          </w:tcPr>
          <w:p w14:paraId="63DF8BA6" w14:textId="77777777" w:rsidR="00A75273" w:rsidRPr="00433248" w:rsidRDefault="00A75273" w:rsidP="00A75273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Вартість за одиницю без ПДВ / 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Item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 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cost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 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without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 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VAT</w:t>
            </w: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03" w:type="dxa"/>
            <w:shd w:val="clear" w:color="auto" w:fill="E5DFEC" w:themeFill="accent4" w:themeFillTint="33"/>
            <w:hideMark/>
          </w:tcPr>
          <w:p w14:paraId="11FD406A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 xml:space="preserve">Вартість загальна без ПДВ  /  Total cost without VAT </w:t>
            </w:r>
          </w:p>
        </w:tc>
      </w:tr>
      <w:tr w:rsidR="00A75273" w:rsidRPr="00A75273" w14:paraId="74538DBA" w14:textId="77777777" w:rsidTr="00885B7F">
        <w:trPr>
          <w:trHeight w:val="1370"/>
        </w:trPr>
        <w:tc>
          <w:tcPr>
            <w:tcW w:w="452" w:type="dxa"/>
            <w:noWrap/>
            <w:hideMark/>
          </w:tcPr>
          <w:p w14:paraId="0D1FDB53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2520" w:type="dxa"/>
            <w:hideMark/>
          </w:tcPr>
          <w:p w14:paraId="071EA79D" w14:textId="77777777" w:rsidR="00E73A82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Групові сесії супервізії</w:t>
            </w:r>
            <w:r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 xml:space="preserve"> 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 xml:space="preserve">Онлайн-сесії тривалістю </w:t>
            </w:r>
          </w:p>
          <w:p w14:paraId="1A2DA4FE" w14:textId="23BC3A8B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90 хв, до 10 учасників.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ab/>
            </w:r>
          </w:p>
        </w:tc>
        <w:tc>
          <w:tcPr>
            <w:tcW w:w="2275" w:type="dxa"/>
            <w:hideMark/>
          </w:tcPr>
          <w:p w14:paraId="641F73B2" w14:textId="5E299063" w:rsidR="00A75273" w:rsidRPr="005102D4" w:rsidRDefault="005102D4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102D4">
              <w:rPr>
                <w:rFonts w:asciiTheme="majorHAnsi" w:hAnsiTheme="majorHAnsi" w:cstheme="majorHAnsi"/>
                <w:sz w:val="20"/>
                <w:szCs w:val="20"/>
              </w:rPr>
              <w:t>Group Supervision Sessions – Online sessions lasting 90 minutes, up to 10 participants.</w:t>
            </w:r>
            <w:r w:rsidRPr="005102D4">
              <w:rPr>
                <w:rFonts w:asciiTheme="majorHAnsi" w:hAnsiTheme="majorHAnsi" w:cstheme="majorHAnsi"/>
                <w:sz w:val="20"/>
                <w:szCs w:val="20"/>
              </w:rPr>
              <w:br/>
            </w:r>
          </w:p>
        </w:tc>
        <w:tc>
          <w:tcPr>
            <w:tcW w:w="962" w:type="dxa"/>
            <w:hideMark/>
          </w:tcPr>
          <w:p w14:paraId="25A6622F" w14:textId="6C67E904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12</w:t>
            </w:r>
          </w:p>
        </w:tc>
        <w:tc>
          <w:tcPr>
            <w:tcW w:w="987" w:type="dxa"/>
          </w:tcPr>
          <w:p w14:paraId="7B117BD7" w14:textId="4005B860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сесія</w:t>
            </w:r>
          </w:p>
        </w:tc>
        <w:tc>
          <w:tcPr>
            <w:tcW w:w="1403" w:type="dxa"/>
            <w:hideMark/>
          </w:tcPr>
          <w:p w14:paraId="68C8CDFB" w14:textId="77777777" w:rsidR="00A75273" w:rsidRPr="00A75273" w:rsidRDefault="00A75273" w:rsidP="00A75273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403" w:type="dxa"/>
            <w:hideMark/>
          </w:tcPr>
          <w:p w14:paraId="7A92FF28" w14:textId="77777777" w:rsidR="00A75273" w:rsidRPr="00A75273" w:rsidRDefault="00A75273" w:rsidP="00A75273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A75273" w:rsidRPr="00A75273" w14:paraId="37A72FF2" w14:textId="77777777" w:rsidTr="00885B7F">
        <w:trPr>
          <w:trHeight w:val="1370"/>
        </w:trPr>
        <w:tc>
          <w:tcPr>
            <w:tcW w:w="452" w:type="dxa"/>
            <w:noWrap/>
            <w:hideMark/>
          </w:tcPr>
          <w:p w14:paraId="4470FD80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2520" w:type="dxa"/>
          </w:tcPr>
          <w:p w14:paraId="285E8E7B" w14:textId="77777777" w:rsidR="00E73A82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Індивідуальні сесії супервізії</w:t>
            </w:r>
            <w:r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 xml:space="preserve"> 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 xml:space="preserve">Онлайн-консультації тривалістю </w:t>
            </w:r>
          </w:p>
          <w:p w14:paraId="3DB9E4C0" w14:textId="3E10DF98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60 хв.</w:t>
            </w:r>
          </w:p>
        </w:tc>
        <w:tc>
          <w:tcPr>
            <w:tcW w:w="2275" w:type="dxa"/>
          </w:tcPr>
          <w:p w14:paraId="1F897E02" w14:textId="7B95074B" w:rsidR="00A75273" w:rsidRPr="005102D4" w:rsidRDefault="005102D4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102D4">
              <w:rPr>
                <w:rFonts w:asciiTheme="majorHAnsi" w:hAnsiTheme="majorHAnsi" w:cstheme="majorHAnsi"/>
                <w:sz w:val="20"/>
                <w:szCs w:val="20"/>
              </w:rPr>
              <w:t>Individual Supervision Sessions – Online consultations lasting 60 minutes.</w:t>
            </w:r>
          </w:p>
        </w:tc>
        <w:tc>
          <w:tcPr>
            <w:tcW w:w="962" w:type="dxa"/>
            <w:hideMark/>
          </w:tcPr>
          <w:p w14:paraId="78B3C78C" w14:textId="034B2B86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12</w:t>
            </w:r>
          </w:p>
        </w:tc>
        <w:tc>
          <w:tcPr>
            <w:tcW w:w="987" w:type="dxa"/>
          </w:tcPr>
          <w:p w14:paraId="23FB483D" w14:textId="23B9373D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сесія</w:t>
            </w:r>
          </w:p>
        </w:tc>
        <w:tc>
          <w:tcPr>
            <w:tcW w:w="1403" w:type="dxa"/>
            <w:hideMark/>
          </w:tcPr>
          <w:p w14:paraId="7A0F01BB" w14:textId="77777777" w:rsidR="00A75273" w:rsidRPr="00A75273" w:rsidRDefault="00A75273" w:rsidP="00A75273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  <w:tc>
          <w:tcPr>
            <w:tcW w:w="1403" w:type="dxa"/>
            <w:hideMark/>
          </w:tcPr>
          <w:p w14:paraId="2CC25E44" w14:textId="77777777" w:rsidR="00A75273" w:rsidRPr="00A75273" w:rsidRDefault="00A75273" w:rsidP="00A75273">
            <w:pPr>
              <w:rPr>
                <w:rFonts w:asciiTheme="majorHAnsi" w:hAnsiTheme="majorHAnsi" w:cstheme="majorHAnsi"/>
                <w:color w:val="00B050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A75273" w:rsidRPr="00A75273" w14:paraId="7F6AF109" w14:textId="77777777" w:rsidTr="00885B7F">
        <w:trPr>
          <w:trHeight w:val="590"/>
        </w:trPr>
        <w:tc>
          <w:tcPr>
            <w:tcW w:w="8599" w:type="dxa"/>
            <w:gridSpan w:val="6"/>
            <w:shd w:val="clear" w:color="auto" w:fill="E5DFEC" w:themeFill="accent4" w:themeFillTint="33"/>
            <w:noWrap/>
            <w:hideMark/>
          </w:tcPr>
          <w:p w14:paraId="7BDB5450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Загальна вартість без урахування ПДВ (Грн) / Total cost excluding VAT (UAH) :</w:t>
            </w:r>
          </w:p>
        </w:tc>
        <w:tc>
          <w:tcPr>
            <w:tcW w:w="1403" w:type="dxa"/>
            <w:hideMark/>
          </w:tcPr>
          <w:p w14:paraId="283E7714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color w:val="00B050"/>
                <w:sz w:val="20"/>
                <w:szCs w:val="20"/>
              </w:rPr>
              <w:t>Заповнюється учасником</w:t>
            </w:r>
          </w:p>
        </w:tc>
      </w:tr>
      <w:tr w:rsidR="005102D4" w:rsidRPr="00A75273" w14:paraId="18119855" w14:textId="77777777" w:rsidTr="000B218D">
        <w:trPr>
          <w:trHeight w:val="283"/>
        </w:trPr>
        <w:tc>
          <w:tcPr>
            <w:tcW w:w="10002" w:type="dxa"/>
            <w:gridSpan w:val="7"/>
            <w:noWrap/>
            <w:hideMark/>
          </w:tcPr>
          <w:p w14:paraId="11918E6D" w14:textId="77777777" w:rsidR="005102D4" w:rsidRPr="00A75273" w:rsidRDefault="005102D4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75273" w:rsidRPr="00A75273" w14:paraId="07873FA3" w14:textId="77777777" w:rsidTr="00885B7F">
        <w:trPr>
          <w:trHeight w:val="300"/>
        </w:trPr>
        <w:tc>
          <w:tcPr>
            <w:tcW w:w="10002" w:type="dxa"/>
            <w:gridSpan w:val="7"/>
            <w:shd w:val="clear" w:color="auto" w:fill="E5DFEC" w:themeFill="accent4" w:themeFillTint="33"/>
            <w:hideMark/>
          </w:tcPr>
          <w:p w14:paraId="760DB936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УМОВИ ОПЛАТИ</w:t>
            </w:r>
          </w:p>
        </w:tc>
      </w:tr>
      <w:tr w:rsidR="00A75273" w:rsidRPr="00A75273" w14:paraId="02BB11E9" w14:textId="77777777" w:rsidTr="00885B7F">
        <w:trPr>
          <w:trHeight w:val="360"/>
        </w:trPr>
        <w:tc>
          <w:tcPr>
            <w:tcW w:w="8599" w:type="dxa"/>
            <w:gridSpan w:val="6"/>
            <w:hideMark/>
          </w:tcPr>
          <w:p w14:paraId="6AA0FCCB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Чи погоджуєтесь ви поставити товар (послуги) на умовах 100% постоплати? 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(Строки оплати - 5 днів після підписання актів)</w:t>
            </w:r>
          </w:p>
        </w:tc>
        <w:tc>
          <w:tcPr>
            <w:tcW w:w="1403" w:type="dxa"/>
            <w:hideMark/>
          </w:tcPr>
          <w:p w14:paraId="3D0EFADF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 xml:space="preserve"> Так </w:t>
            </w:r>
            <w:r w:rsidRPr="00A75273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A75273">
              <w:rPr>
                <w:rFonts w:cs="Calibri"/>
                <w:sz w:val="20"/>
                <w:szCs w:val="20"/>
              </w:rPr>
              <w:t>Ні</w:t>
            </w:r>
          </w:p>
        </w:tc>
      </w:tr>
      <w:tr w:rsidR="00A75273" w:rsidRPr="00A75273" w14:paraId="41B0677B" w14:textId="77777777" w:rsidTr="00885B7F">
        <w:trPr>
          <w:trHeight w:val="300"/>
        </w:trPr>
        <w:tc>
          <w:tcPr>
            <w:tcW w:w="8599" w:type="dxa"/>
            <w:gridSpan w:val="6"/>
            <w:hideMark/>
          </w:tcPr>
          <w:p w14:paraId="5DAAC367" w14:textId="77777777" w:rsidR="00A75273" w:rsidRPr="00433248" w:rsidRDefault="00A75273" w:rsidP="00A75273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Якщо попередня відповідь Ні, вкажіть бажаний % передоплати </w:t>
            </w:r>
          </w:p>
        </w:tc>
        <w:tc>
          <w:tcPr>
            <w:tcW w:w="1403" w:type="dxa"/>
            <w:hideMark/>
          </w:tcPr>
          <w:p w14:paraId="7B172341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___ %</w:t>
            </w:r>
          </w:p>
        </w:tc>
      </w:tr>
      <w:tr w:rsidR="00A75273" w:rsidRPr="00A75273" w14:paraId="315C717B" w14:textId="77777777" w:rsidTr="00885B7F">
        <w:trPr>
          <w:trHeight w:val="300"/>
        </w:trPr>
        <w:tc>
          <w:tcPr>
            <w:tcW w:w="8599" w:type="dxa"/>
            <w:gridSpan w:val="6"/>
            <w:hideMark/>
          </w:tcPr>
          <w:p w14:paraId="277E9EB2" w14:textId="69494D5F" w:rsidR="00A75273" w:rsidRPr="00433248" w:rsidRDefault="00A75273" w:rsidP="00A75273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>Срок (від дати укладення договору) надання послуги, днів</w:t>
            </w:r>
          </w:p>
        </w:tc>
        <w:tc>
          <w:tcPr>
            <w:tcW w:w="1403" w:type="dxa"/>
            <w:hideMark/>
          </w:tcPr>
          <w:p w14:paraId="3F9AD14E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A75273">
              <w:rPr>
                <w:rFonts w:asciiTheme="majorHAnsi" w:hAnsiTheme="majorHAnsi" w:cstheme="majorHAnsi"/>
                <w:sz w:val="20"/>
                <w:szCs w:val="20"/>
              </w:rPr>
              <w:t>___ днів</w:t>
            </w:r>
          </w:p>
        </w:tc>
      </w:tr>
      <w:tr w:rsidR="00A75273" w:rsidRPr="00A75273" w14:paraId="6585E811" w14:textId="77777777" w:rsidTr="00885B7F">
        <w:trPr>
          <w:trHeight w:val="300"/>
        </w:trPr>
        <w:tc>
          <w:tcPr>
            <w:tcW w:w="8599" w:type="dxa"/>
            <w:gridSpan w:val="6"/>
            <w:noWrap/>
            <w:hideMark/>
          </w:tcPr>
          <w:p w14:paraId="427A54D9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403" w:type="dxa"/>
            <w:hideMark/>
          </w:tcPr>
          <w:p w14:paraId="6A15E883" w14:textId="77777777" w:rsidR="00A75273" w:rsidRPr="00A75273" w:rsidRDefault="00A75273" w:rsidP="00A7527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9CA8B84" w14:textId="13855936" w:rsidR="00A75273" w:rsidRDefault="00A75273" w:rsidP="00BF1D31">
      <w:pPr>
        <w:spacing w:line="240" w:lineRule="auto"/>
        <w:rPr>
          <w:rFonts w:asciiTheme="majorHAnsi" w:hAnsiTheme="majorHAnsi" w:cstheme="majorHAnsi"/>
          <w:sz w:val="20"/>
          <w:szCs w:val="20"/>
          <w:lang w:val="uk-UA"/>
        </w:rPr>
      </w:pPr>
    </w:p>
    <w:tbl>
      <w:tblPr>
        <w:tblStyle w:val="aff2"/>
        <w:tblW w:w="0" w:type="auto"/>
        <w:tblInd w:w="-113" w:type="dxa"/>
        <w:tblLook w:val="04A0" w:firstRow="1" w:lastRow="0" w:firstColumn="1" w:lastColumn="0" w:noHBand="0" w:noVBand="1"/>
      </w:tblPr>
      <w:tblGrid>
        <w:gridCol w:w="3470"/>
        <w:gridCol w:w="6703"/>
      </w:tblGrid>
      <w:tr w:rsidR="00534495" w:rsidRPr="00433248" w14:paraId="4E86881F" w14:textId="77777777" w:rsidTr="00534495">
        <w:trPr>
          <w:trHeight w:val="600"/>
        </w:trPr>
        <w:tc>
          <w:tcPr>
            <w:tcW w:w="10173" w:type="dxa"/>
            <w:gridSpan w:val="2"/>
            <w:hideMark/>
          </w:tcPr>
          <w:p w14:paraId="14D1C530" w14:textId="77777777" w:rsidR="00534495" w:rsidRPr="00433248" w:rsidRDefault="00534495" w:rsidP="003B5D11">
            <w:pPr>
              <w:rPr>
                <w:rFonts w:asciiTheme="majorHAnsi" w:hAnsiTheme="majorHAnsi" w:cstheme="majorHAnsi"/>
                <w:sz w:val="20"/>
                <w:szCs w:val="20"/>
                <w:lang w:val="uk-UA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uk-UA"/>
              </w:rPr>
              <w:t>Підписуючи цей документ, я підтверджую, що маю належні повноваження діяти та підписувати від імені компанії/підприємства, та гарантую, що інформація, подана в цій формі, є правильною, і в разі змін деталі будуть надані якнайшвидше</w:t>
            </w:r>
          </w:p>
        </w:tc>
      </w:tr>
      <w:tr w:rsidR="00534495" w:rsidRPr="00534495" w14:paraId="343A7A72" w14:textId="77777777" w:rsidTr="00E73A82">
        <w:trPr>
          <w:trHeight w:val="300"/>
        </w:trPr>
        <w:tc>
          <w:tcPr>
            <w:tcW w:w="3470" w:type="dxa"/>
            <w:shd w:val="clear" w:color="auto" w:fill="E5DFEC" w:themeFill="accent4" w:themeFillTint="33"/>
            <w:hideMark/>
          </w:tcPr>
          <w:p w14:paraId="1A20E442" w14:textId="77777777" w:rsidR="00534495" w:rsidRPr="00534495" w:rsidRDefault="00534495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ПІБ уповноваженого представника :</w:t>
            </w:r>
          </w:p>
        </w:tc>
        <w:tc>
          <w:tcPr>
            <w:tcW w:w="6703" w:type="dxa"/>
            <w:hideMark/>
          </w:tcPr>
          <w:p w14:paraId="7AE16707" w14:textId="77777777" w:rsidR="00534495" w:rsidRPr="00534495" w:rsidRDefault="00534495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144D7B86" w14:textId="77777777" w:rsidTr="00E73A82">
        <w:trPr>
          <w:trHeight w:val="300"/>
        </w:trPr>
        <w:tc>
          <w:tcPr>
            <w:tcW w:w="3470" w:type="dxa"/>
            <w:shd w:val="clear" w:color="auto" w:fill="E5DFEC" w:themeFill="accent4" w:themeFillTint="33"/>
            <w:noWrap/>
            <w:hideMark/>
          </w:tcPr>
          <w:p w14:paraId="4278277A" w14:textId="77777777" w:rsidR="00534495" w:rsidRPr="00534495" w:rsidRDefault="00534495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Посада:</w:t>
            </w:r>
          </w:p>
        </w:tc>
        <w:tc>
          <w:tcPr>
            <w:tcW w:w="6703" w:type="dxa"/>
            <w:noWrap/>
            <w:hideMark/>
          </w:tcPr>
          <w:p w14:paraId="168F58C7" w14:textId="77777777" w:rsidR="00534495" w:rsidRPr="00534495" w:rsidRDefault="00534495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48603271" w14:textId="77777777" w:rsidTr="00E73A82">
        <w:trPr>
          <w:trHeight w:val="300"/>
        </w:trPr>
        <w:tc>
          <w:tcPr>
            <w:tcW w:w="3470" w:type="dxa"/>
            <w:shd w:val="clear" w:color="auto" w:fill="E5DFEC" w:themeFill="accent4" w:themeFillTint="33"/>
            <w:noWrap/>
            <w:hideMark/>
          </w:tcPr>
          <w:p w14:paraId="7B88841D" w14:textId="77777777" w:rsidR="00534495" w:rsidRPr="00433248" w:rsidRDefault="00534495" w:rsidP="003B5D11">
            <w:pPr>
              <w:rPr>
                <w:rFonts w:asciiTheme="majorHAnsi" w:hAnsiTheme="majorHAnsi" w:cstheme="majorHAnsi"/>
                <w:sz w:val="20"/>
                <w:szCs w:val="20"/>
                <w:lang w:val="ru-RU"/>
              </w:rPr>
            </w:pPr>
            <w:r w:rsidRPr="00433248">
              <w:rPr>
                <w:rFonts w:asciiTheme="majorHAnsi" w:hAnsiTheme="majorHAnsi" w:cstheme="majorHAnsi"/>
                <w:sz w:val="20"/>
                <w:szCs w:val="20"/>
                <w:lang w:val="ru-RU"/>
              </w:rPr>
              <w:t xml:space="preserve">Дата та Штамп / Якщо застосовно: </w:t>
            </w:r>
          </w:p>
        </w:tc>
        <w:tc>
          <w:tcPr>
            <w:tcW w:w="6703" w:type="dxa"/>
            <w:noWrap/>
            <w:hideMark/>
          </w:tcPr>
          <w:p w14:paraId="3F4154D5" w14:textId="77777777" w:rsidR="00534495" w:rsidRPr="00534495" w:rsidRDefault="00534495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Заповнюється учасником</w:t>
            </w:r>
          </w:p>
        </w:tc>
      </w:tr>
      <w:tr w:rsidR="00534495" w:rsidRPr="00534495" w14:paraId="07CB2C0F" w14:textId="77777777" w:rsidTr="00E73A82">
        <w:trPr>
          <w:trHeight w:val="300"/>
        </w:trPr>
        <w:tc>
          <w:tcPr>
            <w:tcW w:w="3470" w:type="dxa"/>
            <w:shd w:val="clear" w:color="auto" w:fill="E5DFEC" w:themeFill="accent4" w:themeFillTint="33"/>
            <w:noWrap/>
            <w:hideMark/>
          </w:tcPr>
          <w:p w14:paraId="0A3C4F25" w14:textId="77777777" w:rsidR="00534495" w:rsidRDefault="00534495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 xml:space="preserve">Підпис: </w:t>
            </w:r>
          </w:p>
          <w:p w14:paraId="2607FDAD" w14:textId="77777777" w:rsidR="00E73A82" w:rsidRDefault="00E73A82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AD0113A" w14:textId="77777777" w:rsidR="00E73A82" w:rsidRDefault="00E73A82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DB11416" w14:textId="77777777" w:rsidR="00E73A82" w:rsidRDefault="00E73A82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D7BE255" w14:textId="77777777" w:rsidR="00E73A82" w:rsidRPr="00534495" w:rsidRDefault="00E73A82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703" w:type="dxa"/>
            <w:noWrap/>
            <w:hideMark/>
          </w:tcPr>
          <w:p w14:paraId="04A6A316" w14:textId="77777777" w:rsidR="00534495" w:rsidRPr="00534495" w:rsidRDefault="00534495" w:rsidP="003B5D1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34495">
              <w:rPr>
                <w:rFonts w:asciiTheme="majorHAnsi" w:hAnsiTheme="majorHAnsi" w:cstheme="majorHAnsi"/>
                <w:sz w:val="20"/>
                <w:szCs w:val="20"/>
              </w:rPr>
              <w:t> </w:t>
            </w:r>
          </w:p>
        </w:tc>
      </w:tr>
    </w:tbl>
    <w:p w14:paraId="344D9438" w14:textId="77777777" w:rsidR="00534495" w:rsidRPr="00BF1D31" w:rsidRDefault="00534495" w:rsidP="00BF1D31">
      <w:pPr>
        <w:spacing w:line="240" w:lineRule="auto"/>
        <w:rPr>
          <w:rFonts w:asciiTheme="majorHAnsi" w:hAnsiTheme="majorHAnsi" w:cstheme="majorHAnsi"/>
          <w:sz w:val="20"/>
          <w:szCs w:val="20"/>
          <w:lang w:val="uk-UA"/>
        </w:rPr>
      </w:pPr>
    </w:p>
    <w:p w14:paraId="77EA7E1D" w14:textId="77777777" w:rsidR="00BF1D31" w:rsidRPr="00BF1D31" w:rsidRDefault="00BF1D31" w:rsidP="00492C36">
      <w:pPr>
        <w:spacing w:line="240" w:lineRule="auto"/>
        <w:rPr>
          <w:rFonts w:asciiTheme="majorHAnsi" w:hAnsiTheme="majorHAnsi" w:cstheme="majorHAnsi"/>
          <w:sz w:val="20"/>
          <w:szCs w:val="20"/>
          <w:lang w:val="uk-UA"/>
        </w:rPr>
      </w:pPr>
    </w:p>
    <w:sectPr w:rsidR="00BF1D31" w:rsidRPr="00BF1D31" w:rsidSect="006E56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080" w:bottom="1440" w:left="1080" w:header="51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462D4" w14:textId="77777777" w:rsidR="001E476D" w:rsidRDefault="001E476D" w:rsidP="007336BA">
      <w:pPr>
        <w:spacing w:after="0" w:line="240" w:lineRule="auto"/>
      </w:pPr>
      <w:r>
        <w:separator/>
      </w:r>
    </w:p>
  </w:endnote>
  <w:endnote w:type="continuationSeparator" w:id="0">
    <w:p w14:paraId="5E8B06AB" w14:textId="77777777" w:rsidR="001E476D" w:rsidRDefault="001E476D" w:rsidP="00733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E66B3" w14:textId="77777777" w:rsidR="0008434A" w:rsidRDefault="0008434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51486" w14:textId="77777777" w:rsidR="007336BA" w:rsidRPr="000E4B5A" w:rsidRDefault="000E4B5A" w:rsidP="000E4B5A">
    <w:pPr>
      <w:pStyle w:val="a7"/>
      <w:rPr>
        <w:lang w:val="uk-UA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2336" behindDoc="0" locked="0" layoutInCell="1" allowOverlap="1" wp14:anchorId="4975A21B" wp14:editId="40D8C425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5-11-01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386FF388" w14:textId="77777777" w:rsidR="000E4B5A" w:rsidRDefault="00A554A3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>November 1, 2025</w:t>
                                </w:r>
                              </w:p>
                            </w:sdtContent>
                          </w:sdt>
                          <w:p w14:paraId="39DE7668" w14:textId="77777777" w:rsidR="000E4B5A" w:rsidRDefault="000E4B5A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975A21B" id="Group 37" o:spid="_x0000_s1032" style="position:absolute;margin-left:416.8pt;margin-top:0;width:468pt;height:25.2pt;z-index:25166233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">
              <v:rect id="Rectangle 38" o:spid="_x0000_s1033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" fillcolor="black [3213]" stroked="f" strokeweight="2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4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5-11-01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Content>
                        <w:p w14:paraId="386FF388" w14:textId="77777777" w:rsidR="000E4B5A" w:rsidRDefault="00A554A3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>November 1, 2025</w:t>
                          </w:r>
                        </w:p>
                      </w:sdtContent>
                    </w:sdt>
                    <w:p w14:paraId="39DE7668" w14:textId="77777777" w:rsidR="000E4B5A" w:rsidRDefault="000E4B5A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2096" behindDoc="0" locked="0" layoutInCell="1" allowOverlap="1" wp14:anchorId="56E98D37" wp14:editId="58DB65A6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43CF89D" w14:textId="77777777" w:rsidR="000E4B5A" w:rsidRDefault="000E4B5A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E98D37" id="Rectangle 40" o:spid="_x0000_s1035" style="position:absolute;margin-left:0;margin-top:0;width:36pt;height:25.2pt;z-index:251652096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dH8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ROpIWT8soF6f4cMIU+Pd/K6pSe9ET7cCaRx&#10;oS6gFRC+0qEN0JPAKHHWAP587XvEUxeTlrOexq/i/sdWoOLMfLHU35/KE2ooFtIltRpn+Fyzea6x&#10;2+4SqE9KWjZOJpGMMZhJ1AjdI22KdYxKKmElxa74ZhIvQ14KtGmkWq8TiCbUiXBj752MriPLsWEf&#10;hkeBbuzqQONwC9OgiuWL5s7YaGlhvQ2g29T5B1ZH/mm6UyONmyiuj+f3hDrsy9Uv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g1XR/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643CF89D" w14:textId="77777777" w:rsidR="000E4B5A" w:rsidRDefault="000E4B5A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lang w:val="uk-UA"/>
      </w:rPr>
      <w:t>ПОЛІТИКА ПРОВЕДЕННЯ ЗАКУПІВЛЬ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41ADC" w14:textId="77777777" w:rsidR="0008434A" w:rsidRDefault="0008434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385DD" w14:textId="77777777" w:rsidR="001E476D" w:rsidRDefault="001E476D" w:rsidP="007336BA">
      <w:pPr>
        <w:spacing w:after="0" w:line="240" w:lineRule="auto"/>
      </w:pPr>
      <w:r>
        <w:separator/>
      </w:r>
    </w:p>
  </w:footnote>
  <w:footnote w:type="continuationSeparator" w:id="0">
    <w:p w14:paraId="55DC935A" w14:textId="77777777" w:rsidR="001E476D" w:rsidRDefault="001E476D" w:rsidP="00733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76FA5" w14:textId="77777777" w:rsidR="0008434A" w:rsidRDefault="0008434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CDBA3" w14:textId="77777777" w:rsidR="000E4B5A" w:rsidRDefault="00F46170" w:rsidP="00F46170">
    <w:pPr>
      <w:pStyle w:val="a5"/>
      <w:jc w:val="right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16C72E19" wp14:editId="7A568E16">
              <wp:simplePos x="0" y="0"/>
              <wp:positionH relativeFrom="page">
                <wp:posOffset>114300</wp:posOffset>
              </wp:positionH>
              <wp:positionV relativeFrom="page">
                <wp:posOffset>127000</wp:posOffset>
              </wp:positionV>
              <wp:extent cx="1492250" cy="1023672"/>
              <wp:effectExtent l="0" t="0" r="0" b="5080"/>
              <wp:wrapNone/>
              <wp:docPr id="158" name="Group 1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92250" cy="1023672"/>
                        <a:chOff x="0" y="0"/>
                        <a:chExt cx="1700784" cy="1221014"/>
                      </a:xfrm>
                    </wpg:grpSpPr>
                    <wpg:grpSp>
                      <wpg:cNvPr id="159" name="Group 159"/>
                      <wpg:cNvGrpSpPr/>
                      <wpg:grpSpPr>
                        <a:xfrm>
                          <a:off x="0" y="0"/>
                          <a:ext cx="1700784" cy="1221014"/>
                          <a:chOff x="0" y="0"/>
                          <a:chExt cx="1700784" cy="1221014"/>
                        </a:xfrm>
                      </wpg:grpSpPr>
                      <wps:wsp>
                        <wps:cNvPr id="160" name="Rectangle 160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Rectangle 1"/>
                        <wps:cNvSpPr/>
                        <wps:spPr>
                          <a:xfrm>
                            <a:off x="198944" y="19685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910372 w 1462822"/>
                              <a:gd name="connsiteY2" fmla="*/ 376306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910372" y="376306"/>
                                </a:lnTo>
                                <a:lnTo>
                                  <a:pt x="0" y="10144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Rectangle 162"/>
                        <wps:cNvSpPr/>
                        <wps:spPr>
                          <a:xfrm>
                            <a:off x="189813" y="196886"/>
                            <a:ext cx="1472184" cy="1024128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1">
                              <a:alphaModFix amt="97000"/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63" name="Text Box 163"/>
                      <wps:cNvSpPr txBox="1"/>
                      <wps:spPr>
                        <a:xfrm flipH="1">
                          <a:off x="226378" y="196686"/>
                          <a:ext cx="802321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F10D5" w14:textId="2897D8D1" w:rsidR="000E4B5A" w:rsidRPr="00A554A3" w:rsidRDefault="00A554A3" w:rsidP="00A554A3">
                            <w:pPr>
                              <w:pStyle w:val="a5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A554A3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GEN </w:t>
                            </w:r>
                            <w:r w:rsidR="0008434A">
                              <w:rPr>
                                <w:color w:val="FFFFFF" w:themeColor="background1"/>
                                <w:sz w:val="20"/>
                                <w:szCs w:val="20"/>
                                <w:lang w:val="uk-UA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C72E19" id="Group 158" o:spid="_x0000_s1026" style="position:absolute;left:0;text-align:left;margin-left:9pt;margin-top:10pt;width:117.5pt;height:80.6pt;z-index:251657216;mso-position-horizontal-relative:page;mso-position-vertical-relative:page;mso-width-relative:margin;mso-height-relative:margin" coordsize="17007,12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">
              <v:group id="Group 159" o:spid="_x0000_s1027" style="position:absolute;width:17007;height:12210" coordsize="17007,12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<v:rect id="Rectangle 160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" fillcolor="white [3212]" stroked="f" strokeweight="2pt">
                  <v:fill opacity="0"/>
                </v:rect>
                <v:shape id="Rectangle 1" o:spid="_x0000_s1029" style="position:absolute;left:1989;top:1968;width:14630;height:10150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" path="m,l1462822,,910372,376306,,1014481,,xe" fillcolor="#7030a0" stroked="f" strokeweight="2pt">
                  <v:path arrowok="t" o:connecttype="custom" o:connectlocs="0,0;1463040,0;910508,376493;0,1014984;0,0" o:connectangles="0,0,0,0,0"/>
                </v:shape>
                <v:rect id="Rectangle 162" o:spid="_x0000_s1030" style="position:absolute;left:1898;top:1968;width:14721;height:102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" stroked="f" strokeweight="2pt">
                  <v:fill r:id="rId2" o:title="" opacity="63570f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3" o:spid="_x0000_s1031" type="#_x0000_t202" style="position:absolute;left:2263;top:1966;width:8023;height:3753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" filled="f" stroked="f" strokeweight=".5pt">
                <v:textbox inset=",7.2pt,,7.2pt">
                  <w:txbxContent>
                    <w:p w14:paraId="1D7F10D5" w14:textId="2897D8D1" w:rsidR="000E4B5A" w:rsidRPr="00A554A3" w:rsidRDefault="00A554A3" w:rsidP="00A554A3">
                      <w:pPr>
                        <w:pStyle w:val="a5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A554A3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GEN </w:t>
                      </w:r>
                      <w:r w:rsidR="0008434A">
                        <w:rPr>
                          <w:color w:val="FFFFFF" w:themeColor="background1"/>
                          <w:sz w:val="20"/>
                          <w:szCs w:val="20"/>
                          <w:lang w:val="uk-UA"/>
                        </w:rPr>
                        <w:t>6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>
      <w:rPr>
        <w:caps/>
        <w:noProof/>
        <w:color w:val="808080" w:themeColor="background1" w:themeShade="80"/>
        <w:sz w:val="20"/>
        <w:szCs w:val="20"/>
      </w:rPr>
      <w:drawing>
        <wp:inline distT="0" distB="0" distL="0" distR="0" wp14:anchorId="274F3B30" wp14:editId="259E6AD8">
          <wp:extent cx="1548848" cy="425754"/>
          <wp:effectExtent l="0" t="0" r="0" b="0"/>
          <wp:docPr id="127924659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1992295" name="Рисунок 581992295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83062" cy="4626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A22A2" w14:textId="77777777" w:rsidR="0008434A" w:rsidRDefault="0008434A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8C1D96"/>
    <w:multiLevelType w:val="multilevel"/>
    <w:tmpl w:val="7988D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08F1808"/>
    <w:multiLevelType w:val="multilevel"/>
    <w:tmpl w:val="6336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1467B40"/>
    <w:multiLevelType w:val="multilevel"/>
    <w:tmpl w:val="42A0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1A7161D"/>
    <w:multiLevelType w:val="multilevel"/>
    <w:tmpl w:val="0CECF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2DB28DB"/>
    <w:multiLevelType w:val="multilevel"/>
    <w:tmpl w:val="0E702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767414"/>
    <w:multiLevelType w:val="multilevel"/>
    <w:tmpl w:val="0672A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6330723"/>
    <w:multiLevelType w:val="multilevel"/>
    <w:tmpl w:val="04FC9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6E41BB2"/>
    <w:multiLevelType w:val="multilevel"/>
    <w:tmpl w:val="5ED0C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8E44D2E"/>
    <w:multiLevelType w:val="multilevel"/>
    <w:tmpl w:val="3192F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91C3180"/>
    <w:multiLevelType w:val="multilevel"/>
    <w:tmpl w:val="83805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9F10369"/>
    <w:multiLevelType w:val="multilevel"/>
    <w:tmpl w:val="17B83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ACD0DB8"/>
    <w:multiLevelType w:val="multilevel"/>
    <w:tmpl w:val="DB806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BB60041"/>
    <w:multiLevelType w:val="multilevel"/>
    <w:tmpl w:val="B976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C5F4347"/>
    <w:multiLevelType w:val="multilevel"/>
    <w:tmpl w:val="72B4B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C7F12F8"/>
    <w:multiLevelType w:val="multilevel"/>
    <w:tmpl w:val="C0227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F0C7104"/>
    <w:multiLevelType w:val="multilevel"/>
    <w:tmpl w:val="E272F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10D5A0A"/>
    <w:multiLevelType w:val="multilevel"/>
    <w:tmpl w:val="EE42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1FE7E36"/>
    <w:multiLevelType w:val="hybridMultilevel"/>
    <w:tmpl w:val="87846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4941C4D"/>
    <w:multiLevelType w:val="multilevel"/>
    <w:tmpl w:val="DBA29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4B04D6D"/>
    <w:multiLevelType w:val="multilevel"/>
    <w:tmpl w:val="1732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680733C"/>
    <w:multiLevelType w:val="multilevel"/>
    <w:tmpl w:val="4F586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7066DF3"/>
    <w:multiLevelType w:val="multilevel"/>
    <w:tmpl w:val="928EE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DA170C9"/>
    <w:multiLevelType w:val="multilevel"/>
    <w:tmpl w:val="212C1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F5C3287"/>
    <w:multiLevelType w:val="multilevel"/>
    <w:tmpl w:val="5104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FFC3EC6"/>
    <w:multiLevelType w:val="multilevel"/>
    <w:tmpl w:val="F3E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200801EF"/>
    <w:multiLevelType w:val="multilevel"/>
    <w:tmpl w:val="ACB4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23EB36FC"/>
    <w:multiLevelType w:val="multilevel"/>
    <w:tmpl w:val="3A4CE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1142FB"/>
    <w:multiLevelType w:val="multilevel"/>
    <w:tmpl w:val="A590F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641A6C"/>
    <w:multiLevelType w:val="multilevel"/>
    <w:tmpl w:val="BF129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5974910"/>
    <w:multiLevelType w:val="multilevel"/>
    <w:tmpl w:val="788E5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74F379C"/>
    <w:multiLevelType w:val="multilevel"/>
    <w:tmpl w:val="51F2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99C0BFA"/>
    <w:multiLevelType w:val="multilevel"/>
    <w:tmpl w:val="4446B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A860FD5"/>
    <w:multiLevelType w:val="multilevel"/>
    <w:tmpl w:val="37E82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AE603C6"/>
    <w:multiLevelType w:val="multilevel"/>
    <w:tmpl w:val="E29C1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F3F2DCF"/>
    <w:multiLevelType w:val="multilevel"/>
    <w:tmpl w:val="2A36D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0DD3A6D"/>
    <w:multiLevelType w:val="multilevel"/>
    <w:tmpl w:val="4A424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1BF23D6"/>
    <w:multiLevelType w:val="multilevel"/>
    <w:tmpl w:val="05E2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3402789B"/>
    <w:multiLevelType w:val="multilevel"/>
    <w:tmpl w:val="56C2A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354439B2"/>
    <w:multiLevelType w:val="multilevel"/>
    <w:tmpl w:val="28AA8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380602C6"/>
    <w:multiLevelType w:val="multilevel"/>
    <w:tmpl w:val="32206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385D088C"/>
    <w:multiLevelType w:val="multilevel"/>
    <w:tmpl w:val="2AE86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3868225B"/>
    <w:multiLevelType w:val="hybridMultilevel"/>
    <w:tmpl w:val="846CB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9E83489"/>
    <w:multiLevelType w:val="multilevel"/>
    <w:tmpl w:val="5656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B350EFB"/>
    <w:multiLevelType w:val="hybridMultilevel"/>
    <w:tmpl w:val="B3B249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BF7259F"/>
    <w:multiLevelType w:val="multilevel"/>
    <w:tmpl w:val="E6FA9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C2757DC"/>
    <w:multiLevelType w:val="multilevel"/>
    <w:tmpl w:val="BC164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CAB2CD3"/>
    <w:multiLevelType w:val="multilevel"/>
    <w:tmpl w:val="9F7A7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E5B62F6"/>
    <w:multiLevelType w:val="multilevel"/>
    <w:tmpl w:val="88B88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EEA657B"/>
    <w:multiLevelType w:val="multilevel"/>
    <w:tmpl w:val="B8F05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FBC471D"/>
    <w:multiLevelType w:val="multilevel"/>
    <w:tmpl w:val="B7F84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454C3D30"/>
    <w:multiLevelType w:val="multilevel"/>
    <w:tmpl w:val="1108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455C0FF5"/>
    <w:multiLevelType w:val="multilevel"/>
    <w:tmpl w:val="D7C8C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457E3ECC"/>
    <w:multiLevelType w:val="multilevel"/>
    <w:tmpl w:val="CE227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491E50BA"/>
    <w:multiLevelType w:val="multilevel"/>
    <w:tmpl w:val="55F86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92306FD"/>
    <w:multiLevelType w:val="multilevel"/>
    <w:tmpl w:val="ACBE6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4A4625D6"/>
    <w:multiLevelType w:val="multilevel"/>
    <w:tmpl w:val="908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4AFB420C"/>
    <w:multiLevelType w:val="multilevel"/>
    <w:tmpl w:val="33767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B3E5EBA"/>
    <w:multiLevelType w:val="multilevel"/>
    <w:tmpl w:val="A8402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B8322A1"/>
    <w:multiLevelType w:val="multilevel"/>
    <w:tmpl w:val="45567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C8664E6"/>
    <w:multiLevelType w:val="multilevel"/>
    <w:tmpl w:val="4132A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4D894062"/>
    <w:multiLevelType w:val="multilevel"/>
    <w:tmpl w:val="7F987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DF02C15"/>
    <w:multiLevelType w:val="multilevel"/>
    <w:tmpl w:val="D75A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50D826DF"/>
    <w:multiLevelType w:val="multilevel"/>
    <w:tmpl w:val="CA04A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550E4E0C"/>
    <w:multiLevelType w:val="multilevel"/>
    <w:tmpl w:val="D67CE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5671588"/>
    <w:multiLevelType w:val="multilevel"/>
    <w:tmpl w:val="8B26A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56AB30AD"/>
    <w:multiLevelType w:val="multilevel"/>
    <w:tmpl w:val="40208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58A572DA"/>
    <w:multiLevelType w:val="multilevel"/>
    <w:tmpl w:val="AB345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58D35565"/>
    <w:multiLevelType w:val="multilevel"/>
    <w:tmpl w:val="87925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96C442D"/>
    <w:multiLevelType w:val="multilevel"/>
    <w:tmpl w:val="86D40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5DDB6121"/>
    <w:multiLevelType w:val="multilevel"/>
    <w:tmpl w:val="D116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5DF41D99"/>
    <w:multiLevelType w:val="multilevel"/>
    <w:tmpl w:val="4B240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EB34AD8"/>
    <w:multiLevelType w:val="multilevel"/>
    <w:tmpl w:val="EBE40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62F8177C"/>
    <w:multiLevelType w:val="multilevel"/>
    <w:tmpl w:val="28B65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6396506B"/>
    <w:multiLevelType w:val="multilevel"/>
    <w:tmpl w:val="CB587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4125A7F"/>
    <w:multiLevelType w:val="multilevel"/>
    <w:tmpl w:val="EA6E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646121CF"/>
    <w:multiLevelType w:val="multilevel"/>
    <w:tmpl w:val="6544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69117C3D"/>
    <w:multiLevelType w:val="multilevel"/>
    <w:tmpl w:val="F06A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9261498"/>
    <w:multiLevelType w:val="multilevel"/>
    <w:tmpl w:val="81B46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69413D9F"/>
    <w:multiLevelType w:val="multilevel"/>
    <w:tmpl w:val="8EFA7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6B1B34DE"/>
    <w:multiLevelType w:val="multilevel"/>
    <w:tmpl w:val="E1E48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6C024B36"/>
    <w:multiLevelType w:val="multilevel"/>
    <w:tmpl w:val="125CB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6E56308C"/>
    <w:multiLevelType w:val="multilevel"/>
    <w:tmpl w:val="5A666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EC95B14"/>
    <w:multiLevelType w:val="multilevel"/>
    <w:tmpl w:val="A3A0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721558DE"/>
    <w:multiLevelType w:val="multilevel"/>
    <w:tmpl w:val="043E0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74472303"/>
    <w:multiLevelType w:val="multilevel"/>
    <w:tmpl w:val="DD22F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778E6399"/>
    <w:multiLevelType w:val="multilevel"/>
    <w:tmpl w:val="513CF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8203008"/>
    <w:multiLevelType w:val="multilevel"/>
    <w:tmpl w:val="9CE6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7A137593"/>
    <w:multiLevelType w:val="multilevel"/>
    <w:tmpl w:val="B00AE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D3105CD"/>
    <w:multiLevelType w:val="multilevel"/>
    <w:tmpl w:val="7AEE6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7DD11959"/>
    <w:multiLevelType w:val="multilevel"/>
    <w:tmpl w:val="3C90A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7E29459A"/>
    <w:multiLevelType w:val="multilevel"/>
    <w:tmpl w:val="E8EEA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7FF76B72"/>
    <w:multiLevelType w:val="multilevel"/>
    <w:tmpl w:val="78388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3643640">
    <w:abstractNumId w:val="8"/>
  </w:num>
  <w:num w:numId="2" w16cid:durableId="2008484654">
    <w:abstractNumId w:val="6"/>
  </w:num>
  <w:num w:numId="3" w16cid:durableId="1711296612">
    <w:abstractNumId w:val="5"/>
  </w:num>
  <w:num w:numId="4" w16cid:durableId="106897104">
    <w:abstractNumId w:val="4"/>
  </w:num>
  <w:num w:numId="5" w16cid:durableId="1436443343">
    <w:abstractNumId w:val="7"/>
  </w:num>
  <w:num w:numId="6" w16cid:durableId="693727121">
    <w:abstractNumId w:val="3"/>
  </w:num>
  <w:num w:numId="7" w16cid:durableId="645470582">
    <w:abstractNumId w:val="2"/>
  </w:num>
  <w:num w:numId="8" w16cid:durableId="1352953787">
    <w:abstractNumId w:val="1"/>
  </w:num>
  <w:num w:numId="9" w16cid:durableId="1462072151">
    <w:abstractNumId w:val="0"/>
  </w:num>
  <w:num w:numId="10" w16cid:durableId="1931040019">
    <w:abstractNumId w:val="9"/>
  </w:num>
  <w:num w:numId="11" w16cid:durableId="1944338718">
    <w:abstractNumId w:val="20"/>
  </w:num>
  <w:num w:numId="12" w16cid:durableId="1971280993">
    <w:abstractNumId w:val="75"/>
  </w:num>
  <w:num w:numId="13" w16cid:durableId="1950434062">
    <w:abstractNumId w:val="61"/>
  </w:num>
  <w:num w:numId="14" w16cid:durableId="325942877">
    <w:abstractNumId w:val="35"/>
  </w:num>
  <w:num w:numId="15" w16cid:durableId="348213855">
    <w:abstractNumId w:val="29"/>
  </w:num>
  <w:num w:numId="16" w16cid:durableId="140314710">
    <w:abstractNumId w:val="65"/>
  </w:num>
  <w:num w:numId="17" w16cid:durableId="948197701">
    <w:abstractNumId w:val="92"/>
  </w:num>
  <w:num w:numId="18" w16cid:durableId="1763456492">
    <w:abstractNumId w:val="95"/>
  </w:num>
  <w:num w:numId="19" w16cid:durableId="1991472582">
    <w:abstractNumId w:val="70"/>
  </w:num>
  <w:num w:numId="20" w16cid:durableId="463281266">
    <w:abstractNumId w:val="94"/>
  </w:num>
  <w:num w:numId="21" w16cid:durableId="2011909478">
    <w:abstractNumId w:val="17"/>
  </w:num>
  <w:num w:numId="22" w16cid:durableId="1357081424">
    <w:abstractNumId w:val="52"/>
  </w:num>
  <w:num w:numId="23" w16cid:durableId="388723870">
    <w:abstractNumId w:val="10"/>
  </w:num>
  <w:num w:numId="24" w16cid:durableId="2019430569">
    <w:abstractNumId w:val="42"/>
  </w:num>
  <w:num w:numId="25" w16cid:durableId="209459509">
    <w:abstractNumId w:val="73"/>
  </w:num>
  <w:num w:numId="26" w16cid:durableId="1976788068">
    <w:abstractNumId w:val="32"/>
  </w:num>
  <w:num w:numId="27" w16cid:durableId="227769590">
    <w:abstractNumId w:val="21"/>
  </w:num>
  <w:num w:numId="28" w16cid:durableId="650720858">
    <w:abstractNumId w:val="54"/>
  </w:num>
  <w:num w:numId="29" w16cid:durableId="1920796092">
    <w:abstractNumId w:val="80"/>
  </w:num>
  <w:num w:numId="30" w16cid:durableId="1124497076">
    <w:abstractNumId w:val="36"/>
  </w:num>
  <w:num w:numId="31" w16cid:durableId="889615871">
    <w:abstractNumId w:val="43"/>
  </w:num>
  <w:num w:numId="32" w16cid:durableId="1498687660">
    <w:abstractNumId w:val="12"/>
  </w:num>
  <w:num w:numId="33" w16cid:durableId="126550317">
    <w:abstractNumId w:val="13"/>
  </w:num>
  <w:num w:numId="34" w16cid:durableId="382799861">
    <w:abstractNumId w:val="57"/>
  </w:num>
  <w:num w:numId="35" w16cid:durableId="1871992677">
    <w:abstractNumId w:val="64"/>
  </w:num>
  <w:num w:numId="36" w16cid:durableId="15011061">
    <w:abstractNumId w:val="22"/>
  </w:num>
  <w:num w:numId="37" w16cid:durableId="1786189346">
    <w:abstractNumId w:val="68"/>
  </w:num>
  <w:num w:numId="38" w16cid:durableId="1736778534">
    <w:abstractNumId w:val="18"/>
  </w:num>
  <w:num w:numId="39" w16cid:durableId="1460224139">
    <w:abstractNumId w:val="24"/>
  </w:num>
  <w:num w:numId="40" w16cid:durableId="539439891">
    <w:abstractNumId w:val="77"/>
  </w:num>
  <w:num w:numId="41" w16cid:durableId="375352374">
    <w:abstractNumId w:val="41"/>
  </w:num>
  <w:num w:numId="42" w16cid:durableId="948926132">
    <w:abstractNumId w:val="33"/>
  </w:num>
  <w:num w:numId="43" w16cid:durableId="90707844">
    <w:abstractNumId w:val="30"/>
  </w:num>
  <w:num w:numId="44" w16cid:durableId="1010135019">
    <w:abstractNumId w:val="71"/>
  </w:num>
  <w:num w:numId="45" w16cid:durableId="369065115">
    <w:abstractNumId w:val="23"/>
  </w:num>
  <w:num w:numId="46" w16cid:durableId="524560282">
    <w:abstractNumId w:val="28"/>
  </w:num>
  <w:num w:numId="47" w16cid:durableId="504246620">
    <w:abstractNumId w:val="91"/>
  </w:num>
  <w:num w:numId="48" w16cid:durableId="1044915208">
    <w:abstractNumId w:val="81"/>
  </w:num>
  <w:num w:numId="49" w16cid:durableId="1875532091">
    <w:abstractNumId w:val="25"/>
  </w:num>
  <w:num w:numId="50" w16cid:durableId="165293182">
    <w:abstractNumId w:val="84"/>
  </w:num>
  <w:num w:numId="51" w16cid:durableId="1014109396">
    <w:abstractNumId w:val="39"/>
  </w:num>
  <w:num w:numId="52" w16cid:durableId="1284656741">
    <w:abstractNumId w:val="60"/>
  </w:num>
  <w:num w:numId="53" w16cid:durableId="1674606796">
    <w:abstractNumId w:val="63"/>
  </w:num>
  <w:num w:numId="54" w16cid:durableId="859850951">
    <w:abstractNumId w:val="88"/>
  </w:num>
  <w:num w:numId="55" w16cid:durableId="791365864">
    <w:abstractNumId w:val="59"/>
  </w:num>
  <w:num w:numId="56" w16cid:durableId="673995845">
    <w:abstractNumId w:val="55"/>
  </w:num>
  <w:num w:numId="57" w16cid:durableId="1347438212">
    <w:abstractNumId w:val="15"/>
  </w:num>
  <w:num w:numId="58" w16cid:durableId="103959365">
    <w:abstractNumId w:val="99"/>
  </w:num>
  <w:num w:numId="59" w16cid:durableId="675886770">
    <w:abstractNumId w:val="83"/>
  </w:num>
  <w:num w:numId="60" w16cid:durableId="296379464">
    <w:abstractNumId w:val="14"/>
  </w:num>
  <w:num w:numId="61" w16cid:durableId="2004159285">
    <w:abstractNumId w:val="87"/>
  </w:num>
  <w:num w:numId="62" w16cid:durableId="890308740">
    <w:abstractNumId w:val="44"/>
  </w:num>
  <w:num w:numId="63" w16cid:durableId="313727660">
    <w:abstractNumId w:val="90"/>
  </w:num>
  <w:num w:numId="64" w16cid:durableId="1626739084">
    <w:abstractNumId w:val="46"/>
  </w:num>
  <w:num w:numId="65" w16cid:durableId="788738695">
    <w:abstractNumId w:val="69"/>
  </w:num>
  <w:num w:numId="66" w16cid:durableId="160126245">
    <w:abstractNumId w:val="34"/>
  </w:num>
  <w:num w:numId="67" w16cid:durableId="647251359">
    <w:abstractNumId w:val="49"/>
  </w:num>
  <w:num w:numId="68" w16cid:durableId="2122800404">
    <w:abstractNumId w:val="45"/>
  </w:num>
  <w:num w:numId="69" w16cid:durableId="2053264104">
    <w:abstractNumId w:val="89"/>
  </w:num>
  <w:num w:numId="70" w16cid:durableId="1802576899">
    <w:abstractNumId w:val="16"/>
  </w:num>
  <w:num w:numId="71" w16cid:durableId="429351524">
    <w:abstractNumId w:val="67"/>
  </w:num>
  <w:num w:numId="72" w16cid:durableId="497430211">
    <w:abstractNumId w:val="93"/>
  </w:num>
  <w:num w:numId="73" w16cid:durableId="535461298">
    <w:abstractNumId w:val="37"/>
  </w:num>
  <w:num w:numId="74" w16cid:durableId="903684336">
    <w:abstractNumId w:val="82"/>
  </w:num>
  <w:num w:numId="75" w16cid:durableId="1338583750">
    <w:abstractNumId w:val="62"/>
  </w:num>
  <w:num w:numId="76" w16cid:durableId="1828012417">
    <w:abstractNumId w:val="51"/>
  </w:num>
  <w:num w:numId="77" w16cid:durableId="572811771">
    <w:abstractNumId w:val="56"/>
  </w:num>
  <w:num w:numId="78" w16cid:durableId="953681568">
    <w:abstractNumId w:val="100"/>
  </w:num>
  <w:num w:numId="79" w16cid:durableId="414285248">
    <w:abstractNumId w:val="85"/>
  </w:num>
  <w:num w:numId="80" w16cid:durableId="974262475">
    <w:abstractNumId w:val="96"/>
  </w:num>
  <w:num w:numId="81" w16cid:durableId="1311597529">
    <w:abstractNumId w:val="50"/>
  </w:num>
  <w:num w:numId="82" w16cid:durableId="1474981331">
    <w:abstractNumId w:val="26"/>
  </w:num>
  <w:num w:numId="83" w16cid:durableId="432090351">
    <w:abstractNumId w:val="86"/>
  </w:num>
  <w:num w:numId="84" w16cid:durableId="1467046656">
    <w:abstractNumId w:val="27"/>
  </w:num>
  <w:num w:numId="85" w16cid:durableId="423766279">
    <w:abstractNumId w:val="74"/>
  </w:num>
  <w:num w:numId="86" w16cid:durableId="1763723866">
    <w:abstractNumId w:val="48"/>
  </w:num>
  <w:num w:numId="87" w16cid:durableId="1596479229">
    <w:abstractNumId w:val="31"/>
  </w:num>
  <w:num w:numId="88" w16cid:durableId="644700674">
    <w:abstractNumId w:val="79"/>
  </w:num>
  <w:num w:numId="89" w16cid:durableId="1187790479">
    <w:abstractNumId w:val="66"/>
  </w:num>
  <w:num w:numId="90" w16cid:durableId="585655818">
    <w:abstractNumId w:val="47"/>
  </w:num>
  <w:num w:numId="91" w16cid:durableId="1994482817">
    <w:abstractNumId w:val="76"/>
  </w:num>
  <w:num w:numId="92" w16cid:durableId="2038846176">
    <w:abstractNumId w:val="11"/>
  </w:num>
  <w:num w:numId="93" w16cid:durableId="31006102">
    <w:abstractNumId w:val="40"/>
  </w:num>
  <w:num w:numId="94" w16cid:durableId="2020348517">
    <w:abstractNumId w:val="98"/>
  </w:num>
  <w:num w:numId="95" w16cid:durableId="1455173064">
    <w:abstractNumId w:val="78"/>
  </w:num>
  <w:num w:numId="96" w16cid:durableId="1454860246">
    <w:abstractNumId w:val="97"/>
  </w:num>
  <w:num w:numId="97" w16cid:durableId="1195998549">
    <w:abstractNumId w:val="58"/>
  </w:num>
  <w:num w:numId="98" w16cid:durableId="442110631">
    <w:abstractNumId w:val="19"/>
  </w:num>
  <w:num w:numId="99" w16cid:durableId="620571395">
    <w:abstractNumId w:val="72"/>
  </w:num>
  <w:num w:numId="100" w16cid:durableId="745154407">
    <w:abstractNumId w:val="53"/>
  </w:num>
  <w:num w:numId="101" w16cid:durableId="57994511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C4E"/>
    <w:rsid w:val="00034616"/>
    <w:rsid w:val="0006063C"/>
    <w:rsid w:val="0008434A"/>
    <w:rsid w:val="000B218D"/>
    <w:rsid w:val="000E4B5A"/>
    <w:rsid w:val="0011114F"/>
    <w:rsid w:val="0015074B"/>
    <w:rsid w:val="00173923"/>
    <w:rsid w:val="001E476D"/>
    <w:rsid w:val="001F53FE"/>
    <w:rsid w:val="001F5D25"/>
    <w:rsid w:val="002450B7"/>
    <w:rsid w:val="00245E2D"/>
    <w:rsid w:val="0028092A"/>
    <w:rsid w:val="0029639D"/>
    <w:rsid w:val="002C30B5"/>
    <w:rsid w:val="00306114"/>
    <w:rsid w:val="00326F90"/>
    <w:rsid w:val="00347F30"/>
    <w:rsid w:val="00377CE0"/>
    <w:rsid w:val="003838EA"/>
    <w:rsid w:val="00433248"/>
    <w:rsid w:val="004432F5"/>
    <w:rsid w:val="00492C36"/>
    <w:rsid w:val="004A5EA5"/>
    <w:rsid w:val="005102D4"/>
    <w:rsid w:val="005143EC"/>
    <w:rsid w:val="00534495"/>
    <w:rsid w:val="00555F8F"/>
    <w:rsid w:val="005715C5"/>
    <w:rsid w:val="005B5680"/>
    <w:rsid w:val="006E5691"/>
    <w:rsid w:val="00702554"/>
    <w:rsid w:val="007336BA"/>
    <w:rsid w:val="00743BE0"/>
    <w:rsid w:val="007C3BE8"/>
    <w:rsid w:val="007C5145"/>
    <w:rsid w:val="008006E9"/>
    <w:rsid w:val="008124D6"/>
    <w:rsid w:val="00885B7F"/>
    <w:rsid w:val="008A2B19"/>
    <w:rsid w:val="008F07F0"/>
    <w:rsid w:val="00933EA6"/>
    <w:rsid w:val="009C6B5D"/>
    <w:rsid w:val="00A20836"/>
    <w:rsid w:val="00A554A3"/>
    <w:rsid w:val="00A75273"/>
    <w:rsid w:val="00AA1D8D"/>
    <w:rsid w:val="00AD4D47"/>
    <w:rsid w:val="00B47730"/>
    <w:rsid w:val="00BA4437"/>
    <w:rsid w:val="00BF1D31"/>
    <w:rsid w:val="00C0741E"/>
    <w:rsid w:val="00C350B9"/>
    <w:rsid w:val="00CB0664"/>
    <w:rsid w:val="00CC1C9B"/>
    <w:rsid w:val="00CC1F0C"/>
    <w:rsid w:val="00CE0481"/>
    <w:rsid w:val="00DD2F10"/>
    <w:rsid w:val="00E34511"/>
    <w:rsid w:val="00E65E1B"/>
    <w:rsid w:val="00E73A82"/>
    <w:rsid w:val="00E9010E"/>
    <w:rsid w:val="00F0119C"/>
    <w:rsid w:val="00F02880"/>
    <w:rsid w:val="00F46170"/>
    <w:rsid w:val="00F62065"/>
    <w:rsid w:val="00FC693F"/>
    <w:rsid w:val="00FE0365"/>
    <w:rsid w:val="00FE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A2221B"/>
  <w14:defaultImageDpi w14:val="300"/>
  <w15:docId w15:val="{0A5F18DB-DA84-403E-91D2-B3AAD29C6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Calibri" w:eastAsia="Calibri" w:hAnsi="Calibri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Hyperlink"/>
    <w:basedOn w:val="a2"/>
    <w:uiPriority w:val="99"/>
    <w:unhideWhenUsed/>
    <w:rsid w:val="007336BA"/>
    <w:rPr>
      <w:color w:val="0000FF" w:themeColor="hyperlink"/>
      <w:u w:val="single"/>
    </w:rPr>
  </w:style>
  <w:style w:type="character" w:styleId="affb">
    <w:name w:val="Unresolved Mention"/>
    <w:basedOn w:val="a2"/>
    <w:uiPriority w:val="99"/>
    <w:semiHidden/>
    <w:unhideWhenUsed/>
    <w:rsid w:val="007336BA"/>
    <w:rPr>
      <w:color w:val="605E5C"/>
      <w:shd w:val="clear" w:color="auto" w:fill="E1DFDD"/>
    </w:rPr>
  </w:style>
  <w:style w:type="table" w:styleId="affc">
    <w:name w:val="Grid Table Light"/>
    <w:basedOn w:val="a3"/>
    <w:uiPriority w:val="99"/>
    <w:rsid w:val="007336B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fd">
    <w:name w:val="Normal (Web)"/>
    <w:basedOn w:val="a1"/>
    <w:uiPriority w:val="99"/>
    <w:semiHidden/>
    <w:unhideWhenUsed/>
    <w:rsid w:val="00492C3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2025-11-01T00:00:00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1248</Words>
  <Characters>7120</Characters>
  <Application>Microsoft Office Word</Application>
  <DocSecurity>0</DocSecurity>
  <Lines>59</Lines>
  <Paragraphs>16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8352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Tetiana Lebukhorska</cp:lastModifiedBy>
  <cp:revision>2</cp:revision>
  <cp:lastPrinted>2025-11-03T20:50:00Z</cp:lastPrinted>
  <dcterms:created xsi:type="dcterms:W3CDTF">2025-11-03T20:52:00Z</dcterms:created>
  <dcterms:modified xsi:type="dcterms:W3CDTF">2025-11-03T20:52:00Z</dcterms:modified>
  <cp:category/>
</cp:coreProperties>
</file>