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04C87" w:rsidRPr="000B25CC" w:rsidRDefault="00404C87" w:rsidP="00404C87">
      <w:pPr>
        <w:pStyle w:val="aa"/>
        <w:pBdr>
          <w:bottom w:val="single" w:sz="8" w:space="13" w:color="4F81BD" w:themeColor="accent1"/>
        </w:pBdr>
        <w:jc w:val="right"/>
        <w:rPr>
          <w:rFonts w:ascii="Times New Roman" w:hAnsi="Times New Roman" w:cs="Times New Roman"/>
          <w:color w:val="000000" w:themeColor="text1"/>
          <w:sz w:val="22"/>
          <w:szCs w:val="22"/>
          <w:lang w:val="uk-UA"/>
        </w:rPr>
      </w:pPr>
      <w:r w:rsidRPr="000B25CC">
        <w:rPr>
          <w:rFonts w:ascii="Times New Roman" w:hAnsi="Times New Roman" w:cs="Times New Roman"/>
          <w:color w:val="000000" w:themeColor="text1"/>
          <w:sz w:val="22"/>
          <w:szCs w:val="22"/>
          <w:lang w:val="uk-UA"/>
        </w:rPr>
        <w:t xml:space="preserve">Додаток 1 </w:t>
      </w:r>
    </w:p>
    <w:p w:rsidR="009E188E" w:rsidRPr="000B25CC" w:rsidRDefault="00000000" w:rsidP="002A59E4">
      <w:pPr>
        <w:pStyle w:val="aa"/>
        <w:pBdr>
          <w:bottom w:val="single" w:sz="8" w:space="13" w:color="4F81BD" w:themeColor="accent1"/>
        </w:pBdr>
        <w:jc w:val="center"/>
        <w:rPr>
          <w:rFonts w:ascii="Times New Roman" w:hAnsi="Times New Roman" w:cs="Times New Roman"/>
          <w:color w:val="000000" w:themeColor="text1"/>
          <w:sz w:val="30"/>
          <w:szCs w:val="30"/>
          <w:lang w:val="uk-UA"/>
        </w:rPr>
      </w:pPr>
      <w:r w:rsidRPr="000B25CC">
        <w:rPr>
          <w:rFonts w:ascii="Times New Roman" w:hAnsi="Times New Roman" w:cs="Times New Roman"/>
          <w:color w:val="000000" w:themeColor="text1"/>
          <w:sz w:val="30"/>
          <w:szCs w:val="30"/>
          <w:lang w:val="uk-UA"/>
        </w:rPr>
        <w:t>Тендерна пропозиція</w:t>
      </w:r>
    </w:p>
    <w:p w:rsidR="002A59E4" w:rsidRPr="003276A5" w:rsidRDefault="00000000" w:rsidP="000B25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3276A5">
        <w:rPr>
          <w:rFonts w:ascii="Times New Roman" w:hAnsi="Times New Roman" w:cs="Times New Roman"/>
          <w:sz w:val="24"/>
          <w:szCs w:val="24"/>
          <w:lang w:val="uk-UA"/>
        </w:rPr>
        <w:t>на участь у конкурсних торгах</w:t>
      </w:r>
    </w:p>
    <w:p w:rsidR="000B25CC" w:rsidRPr="003276A5" w:rsidRDefault="00000000" w:rsidP="000B25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3276A5">
        <w:rPr>
          <w:rFonts w:ascii="Times New Roman" w:hAnsi="Times New Roman" w:cs="Times New Roman"/>
          <w:sz w:val="24"/>
          <w:szCs w:val="24"/>
          <w:lang w:val="uk-UA"/>
        </w:rPr>
        <w:t xml:space="preserve">на закупівлю </w:t>
      </w:r>
      <w:r w:rsidR="000B25CC" w:rsidRPr="003276A5">
        <w:rPr>
          <w:rFonts w:ascii="Times New Roman" w:hAnsi="Times New Roman" w:cs="Times New Roman"/>
          <w:sz w:val="24"/>
          <w:szCs w:val="24"/>
          <w:lang w:val="ru-RU"/>
        </w:rPr>
        <w:t xml:space="preserve">спортивного </w:t>
      </w:r>
      <w:r w:rsidR="003276A5" w:rsidRPr="003276A5">
        <w:rPr>
          <w:rFonts w:ascii="Times New Roman" w:hAnsi="Times New Roman" w:cs="Times New Roman"/>
          <w:sz w:val="24"/>
          <w:szCs w:val="24"/>
          <w:lang w:val="uk-UA"/>
        </w:rPr>
        <w:t>інвентарю (мат татамі).</w:t>
      </w:r>
    </w:p>
    <w:p w:rsidR="009E188E" w:rsidRPr="003276A5" w:rsidRDefault="00000000" w:rsidP="000B25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3276A5">
        <w:rPr>
          <w:rFonts w:ascii="Times New Roman" w:hAnsi="Times New Roman" w:cs="Times New Roman"/>
          <w:sz w:val="24"/>
          <w:szCs w:val="24"/>
          <w:lang w:val="uk-UA"/>
        </w:rPr>
        <w:t>в рамках проєкту «</w:t>
      </w:r>
      <w:r w:rsidR="003276A5" w:rsidRPr="003276A5">
        <w:rPr>
          <w:rFonts w:ascii="Times New Roman" w:hAnsi="Times New Roman" w:cs="Times New Roman"/>
          <w:sz w:val="24"/>
          <w:szCs w:val="24"/>
          <w:lang w:val="uk-UA"/>
        </w:rPr>
        <w:t xml:space="preserve">Придбання інвентарю для </w:t>
      </w:r>
      <w:proofErr w:type="spellStart"/>
      <w:r w:rsidR="003276A5" w:rsidRPr="003276A5">
        <w:rPr>
          <w:rFonts w:ascii="Times New Roman" w:hAnsi="Times New Roman" w:cs="Times New Roman"/>
          <w:sz w:val="24"/>
          <w:szCs w:val="24"/>
          <w:lang w:val="uk-UA"/>
        </w:rPr>
        <w:t>Люботинської</w:t>
      </w:r>
      <w:proofErr w:type="spellEnd"/>
      <w:r w:rsidR="003276A5" w:rsidRPr="003276A5">
        <w:rPr>
          <w:rFonts w:ascii="Times New Roman" w:hAnsi="Times New Roman" w:cs="Times New Roman"/>
          <w:sz w:val="24"/>
          <w:szCs w:val="24"/>
          <w:lang w:val="uk-UA"/>
        </w:rPr>
        <w:t xml:space="preserve"> міської федерації боксу для покращення умов тренувань спортсменів, у тому числі ВПО, дітей загиблих військовослужбовців та інших категорій</w:t>
      </w:r>
      <w:r w:rsidRPr="003276A5"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:rsidR="002A59E4" w:rsidRPr="000B25CC" w:rsidRDefault="002A59E4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Вих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. № _______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«___» ________ 2025 року</w:t>
      </w:r>
    </w:p>
    <w:p w:rsidR="009E188E" w:rsidRPr="000B25CC" w:rsidRDefault="00000000" w:rsidP="002A59E4">
      <w:pPr>
        <w:pStyle w:val="21"/>
        <w:spacing w:before="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Загальна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інформація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про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учасника</w:t>
      </w:r>
      <w:proofErr w:type="spellEnd"/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Повна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назва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підприємства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/ФОП: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>- Код ЄДРПОУ / РНОКПП: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Адреса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реєстрації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>- Контактна особа: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>- Посада: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Телефон, </w:t>
      </w:r>
      <w:r w:rsidRPr="000B25CC">
        <w:rPr>
          <w:rFonts w:ascii="Times New Roman" w:hAnsi="Times New Roman" w:cs="Times New Roman"/>
          <w:sz w:val="24"/>
          <w:szCs w:val="24"/>
        </w:rPr>
        <w:t>email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t>: _______________________________</w:t>
      </w:r>
    </w:p>
    <w:p w:rsidR="009E188E" w:rsidRPr="000B25CC" w:rsidRDefault="00000000">
      <w:pPr>
        <w:pStyle w:val="21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</w:rPr>
        <w:t>Комерційна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</w:rPr>
        <w:t>пропозиція</w:t>
      </w:r>
      <w:proofErr w:type="spellEnd"/>
    </w:p>
    <w:tbl>
      <w:tblPr>
        <w:tblW w:w="8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1728"/>
        <w:gridCol w:w="1728"/>
        <w:gridCol w:w="1728"/>
      </w:tblGrid>
      <w:tr w:rsidR="002A59E4" w:rsidRPr="003276A5" w:rsidTr="002A59E4">
        <w:trPr>
          <w:trHeight w:val="1154"/>
        </w:trPr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Найменування товару</w:t>
            </w:r>
          </w:p>
        </w:tc>
        <w:tc>
          <w:tcPr>
            <w:tcW w:w="1728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</w:p>
        </w:tc>
        <w:tc>
          <w:tcPr>
            <w:tcW w:w="1728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Ціна</w:t>
            </w:r>
            <w:proofErr w:type="spellEnd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одиницю</w:t>
            </w:r>
            <w:proofErr w:type="spellEnd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(грн, без ПДВ)</w:t>
            </w:r>
          </w:p>
        </w:tc>
        <w:tc>
          <w:tcPr>
            <w:tcW w:w="1728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Загальна</w:t>
            </w:r>
            <w:proofErr w:type="spellEnd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вартість</w:t>
            </w:r>
            <w:proofErr w:type="spellEnd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(грн, без ПДВ)</w:t>
            </w:r>
          </w:p>
        </w:tc>
      </w:tr>
      <w:tr w:rsidR="002A59E4" w:rsidRPr="000B25CC" w:rsidTr="002A59E4"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A59E4" w:rsidRPr="000B25CC" w:rsidTr="002A59E4"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A59E4" w:rsidRPr="000B25CC" w:rsidTr="002A59E4"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A59E4" w:rsidRPr="000B25CC" w:rsidTr="002A59E4"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2A59E4" w:rsidRPr="000B25CC" w:rsidRDefault="00000000" w:rsidP="002A59E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>Разом (без ПДВ): _______ грн</w:t>
      </w:r>
      <w:r w:rsidR="002A59E4"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b/>
          <w:bCs/>
          <w:sz w:val="24"/>
          <w:szCs w:val="24"/>
          <w:lang w:val="ru-RU"/>
        </w:rPr>
        <w:t>Технічні</w:t>
      </w:r>
      <w:proofErr w:type="spellEnd"/>
      <w:r w:rsidRPr="000B25C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b/>
          <w:bCs/>
          <w:sz w:val="24"/>
          <w:szCs w:val="24"/>
          <w:lang w:val="ru-RU"/>
        </w:rPr>
        <w:t>документи</w:t>
      </w:r>
      <w:proofErr w:type="spellEnd"/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Технічні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характеристики та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паспорти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товарів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Сертифікати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відповідності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якщо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наявні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Гарантійні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умови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документи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підтверджують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товару та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відповідність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технічним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вимогам</w:t>
      </w:r>
      <w:proofErr w:type="spellEnd"/>
    </w:p>
    <w:p w:rsidR="009E188E" w:rsidRPr="000B25CC" w:rsidRDefault="00000000">
      <w:pPr>
        <w:pStyle w:val="21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Кваліфікаційні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документи</w:t>
      </w:r>
      <w:proofErr w:type="spellEnd"/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Копія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виписки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з ЄДР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свідоцтва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про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держреєстрацію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Витяг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з ЄДР з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відповідними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КВЕДами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Копія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ліцензії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(за потреби)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Документ,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право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уповноваженої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особи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підписувати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(наказ/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довіреність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)</w:t>
      </w:r>
    </w:p>
    <w:p w:rsidR="009E188E" w:rsidRPr="000B25CC" w:rsidRDefault="00000000">
      <w:pPr>
        <w:pStyle w:val="21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Додаткові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документи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(за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бажанням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</w:t>
      </w:r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Рекомендаційні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листи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Позитивні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відгуки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матеріали</w:t>
      </w:r>
      <w:proofErr w:type="spellEnd"/>
    </w:p>
    <w:p w:rsidR="009E188E" w:rsidRPr="000B25CC" w:rsidRDefault="00000000">
      <w:pPr>
        <w:pStyle w:val="21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Підтвердження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відповідності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вимогам</w:t>
      </w:r>
      <w:proofErr w:type="spellEnd"/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Підписанням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цієї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ми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підтверджуємо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Ознайомлені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згодні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умовами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тендерного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оголошення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Ознайомлені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з Кодексом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поведінки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постачальників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Гарантуємо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відсутність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пов’язаних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осіб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змови</w:t>
      </w:r>
      <w:proofErr w:type="spellEnd"/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Підпис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_________________________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(ПІБ, посада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уповноваженої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особи)</w:t>
      </w:r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М.П. (за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наявності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>Дата: «___» __________ 2025 року</w:t>
      </w:r>
    </w:p>
    <w:sectPr w:rsidR="009E188E" w:rsidRPr="000B25C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32559765">
    <w:abstractNumId w:val="8"/>
  </w:num>
  <w:num w:numId="2" w16cid:durableId="1834174557">
    <w:abstractNumId w:val="6"/>
  </w:num>
  <w:num w:numId="3" w16cid:durableId="99228102">
    <w:abstractNumId w:val="5"/>
  </w:num>
  <w:num w:numId="4" w16cid:durableId="1102144637">
    <w:abstractNumId w:val="4"/>
  </w:num>
  <w:num w:numId="5" w16cid:durableId="1047219142">
    <w:abstractNumId w:val="7"/>
  </w:num>
  <w:num w:numId="6" w16cid:durableId="1728184944">
    <w:abstractNumId w:val="3"/>
  </w:num>
  <w:num w:numId="7" w16cid:durableId="349336730">
    <w:abstractNumId w:val="2"/>
  </w:num>
  <w:num w:numId="8" w16cid:durableId="1772503355">
    <w:abstractNumId w:val="1"/>
  </w:num>
  <w:num w:numId="9" w16cid:durableId="1549336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25CC"/>
    <w:rsid w:val="0015074B"/>
    <w:rsid w:val="0029639D"/>
    <w:rsid w:val="002A59E4"/>
    <w:rsid w:val="00326F90"/>
    <w:rsid w:val="003276A5"/>
    <w:rsid w:val="003D003A"/>
    <w:rsid w:val="00404C87"/>
    <w:rsid w:val="009E188E"/>
    <w:rsid w:val="00AA1D8D"/>
    <w:rsid w:val="00B47730"/>
    <w:rsid w:val="00CB0664"/>
    <w:rsid w:val="00CC27E9"/>
    <w:rsid w:val="00E5184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C98759"/>
  <w14:defaultImageDpi w14:val="300"/>
  <w15:docId w15:val="{C35ABB3C-E899-ED47-87D6-43F02C15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Yuliia Yuliia</cp:lastModifiedBy>
  <cp:revision>5</cp:revision>
  <dcterms:created xsi:type="dcterms:W3CDTF">2013-12-23T23:15:00Z</dcterms:created>
  <dcterms:modified xsi:type="dcterms:W3CDTF">2025-10-29T10:41:00Z</dcterms:modified>
  <cp:category/>
</cp:coreProperties>
</file>