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04C87" w:rsidRPr="00975B55" w:rsidRDefault="00404C87" w:rsidP="00404C87">
      <w:pPr>
        <w:pStyle w:val="aa"/>
        <w:pBdr>
          <w:bottom w:val="single" w:sz="8" w:space="13" w:color="4F81BD" w:themeColor="accent1"/>
        </w:pBdr>
        <w:jc w:val="right"/>
        <w:rPr>
          <w:rFonts w:ascii="Cambria" w:hAnsi="Cambria"/>
          <w:color w:val="000000" w:themeColor="text1"/>
          <w:sz w:val="22"/>
          <w:szCs w:val="22"/>
          <w:lang w:val="uk-UA"/>
        </w:rPr>
      </w:pPr>
      <w:r w:rsidRPr="00975B55">
        <w:rPr>
          <w:rFonts w:ascii="Cambria" w:hAnsi="Cambria"/>
          <w:color w:val="000000" w:themeColor="text1"/>
          <w:sz w:val="22"/>
          <w:szCs w:val="22"/>
          <w:lang w:val="uk-UA"/>
        </w:rPr>
        <w:t xml:space="preserve">Додаток 1 </w:t>
      </w:r>
    </w:p>
    <w:p w:rsidR="009E188E" w:rsidRPr="002A59E4" w:rsidRDefault="00000000" w:rsidP="002A59E4">
      <w:pPr>
        <w:pStyle w:val="aa"/>
        <w:pBdr>
          <w:bottom w:val="single" w:sz="8" w:space="13" w:color="4F81BD" w:themeColor="accent1"/>
        </w:pBdr>
        <w:jc w:val="center"/>
        <w:rPr>
          <w:rFonts w:ascii="Cambria" w:hAnsi="Cambria"/>
          <w:color w:val="000000" w:themeColor="text1"/>
          <w:sz w:val="30"/>
          <w:szCs w:val="30"/>
          <w:lang w:val="uk-UA"/>
        </w:rPr>
      </w:pPr>
      <w:r w:rsidRPr="002A59E4">
        <w:rPr>
          <w:rFonts w:ascii="Cambria" w:hAnsi="Cambria"/>
          <w:color w:val="000000" w:themeColor="text1"/>
          <w:sz w:val="30"/>
          <w:szCs w:val="30"/>
          <w:lang w:val="uk-UA"/>
        </w:rPr>
        <w:t>Тендерна пропозиція</w:t>
      </w:r>
    </w:p>
    <w:p w:rsidR="002A59E4" w:rsidRPr="00D07694" w:rsidRDefault="00000000" w:rsidP="00274000">
      <w:pPr>
        <w:spacing w:after="0"/>
        <w:jc w:val="center"/>
        <w:rPr>
          <w:rFonts w:ascii="Cambria" w:hAnsi="Cambria"/>
          <w:sz w:val="24"/>
          <w:szCs w:val="24"/>
          <w:lang w:val="uk-UA"/>
        </w:rPr>
      </w:pPr>
      <w:r w:rsidRPr="00D07694">
        <w:rPr>
          <w:rFonts w:ascii="Cambria" w:hAnsi="Cambria"/>
          <w:sz w:val="24"/>
          <w:szCs w:val="24"/>
          <w:lang w:val="uk-UA"/>
        </w:rPr>
        <w:t>на участь у конкурсних торгах</w:t>
      </w:r>
    </w:p>
    <w:p w:rsidR="005D3A56" w:rsidRDefault="00000000" w:rsidP="00274000">
      <w:pPr>
        <w:spacing w:after="0"/>
        <w:jc w:val="center"/>
        <w:rPr>
          <w:rFonts w:ascii="Cambria" w:hAnsi="Cambria"/>
          <w:sz w:val="24"/>
          <w:szCs w:val="24"/>
          <w:lang w:val="uk-UA"/>
        </w:rPr>
      </w:pPr>
      <w:r w:rsidRPr="00D07694">
        <w:rPr>
          <w:rFonts w:ascii="Cambria" w:hAnsi="Cambria"/>
          <w:sz w:val="24"/>
          <w:szCs w:val="24"/>
          <w:lang w:val="uk-UA"/>
        </w:rPr>
        <w:t xml:space="preserve">на закупівлю </w:t>
      </w:r>
    </w:p>
    <w:p w:rsidR="00274E2B" w:rsidRPr="00274E2B" w:rsidRDefault="00A0670C" w:rsidP="00274000">
      <w:pPr>
        <w:spacing w:after="0"/>
        <w:jc w:val="center"/>
        <w:rPr>
          <w:rFonts w:ascii="Cambria" w:hAnsi="Cambria" w:cs="Times New Roman"/>
          <w:b/>
          <w:sz w:val="24"/>
          <w:szCs w:val="24"/>
          <w:lang w:val="ru-RU"/>
        </w:rPr>
      </w:pPr>
      <w:bookmarkStart w:id="0" w:name="_heading=h.gjdgxs" w:colFirst="0" w:colLast="0"/>
      <w:bookmarkEnd w:id="0"/>
      <w:proofErr w:type="spellStart"/>
      <w:r>
        <w:rPr>
          <w:rFonts w:ascii="Cambria" w:hAnsi="Cambria"/>
          <w:b/>
          <w:bCs/>
          <w:sz w:val="24"/>
          <w:szCs w:val="24"/>
          <w:lang w:val="ru-RU"/>
        </w:rPr>
        <w:t>Швейних</w:t>
      </w:r>
      <w:proofErr w:type="spellEnd"/>
      <w:r>
        <w:rPr>
          <w:rFonts w:ascii="Cambria" w:hAnsi="Cambria"/>
          <w:b/>
          <w:bCs/>
          <w:sz w:val="24"/>
          <w:szCs w:val="24"/>
          <w:lang w:val="ru-RU"/>
        </w:rPr>
        <w:t xml:space="preserve"> машинок</w:t>
      </w:r>
    </w:p>
    <w:p w:rsidR="002A59E4" w:rsidRPr="002A59E4" w:rsidRDefault="00000000" w:rsidP="00274000">
      <w:pPr>
        <w:spacing w:after="0"/>
        <w:jc w:val="center"/>
        <w:rPr>
          <w:rFonts w:ascii="Cambria" w:hAnsi="Cambria"/>
          <w:sz w:val="24"/>
          <w:szCs w:val="24"/>
          <w:lang w:val="uk-UA"/>
        </w:rPr>
      </w:pPr>
      <w:r w:rsidRPr="00D07694">
        <w:rPr>
          <w:rFonts w:ascii="Cambria" w:hAnsi="Cambria"/>
          <w:sz w:val="24"/>
          <w:szCs w:val="24"/>
          <w:lang w:val="uk-UA"/>
        </w:rPr>
        <w:t xml:space="preserve">в рамках проєкту </w:t>
      </w:r>
      <w:r w:rsidR="00274E2B" w:rsidRPr="00274E2B">
        <w:rPr>
          <w:rFonts w:ascii="Cambria" w:hAnsi="Cambria"/>
          <w:sz w:val="24"/>
          <w:szCs w:val="24"/>
          <w:lang w:val="ru-RU"/>
        </w:rPr>
        <w:t>«</w:t>
      </w:r>
      <w:r w:rsidR="00A0670C">
        <w:rPr>
          <w:rFonts w:ascii="Cambria" w:hAnsi="Cambria"/>
          <w:b/>
          <w:lang w:val="uk-UA"/>
        </w:rPr>
        <w:t>Облаштування Ж</w:t>
      </w:r>
      <w:r w:rsidR="00A0670C" w:rsidRPr="009A2F3F">
        <w:rPr>
          <w:rFonts w:ascii="Cambria" w:hAnsi="Cambria"/>
          <w:b/>
          <w:lang w:val="uk-UA"/>
        </w:rPr>
        <w:t>іночого клубу "Швейна майстерня"</w:t>
      </w:r>
      <w:r w:rsidR="00A0670C">
        <w:rPr>
          <w:lang w:val="uk-UA"/>
        </w:rPr>
        <w:t>»</w:t>
      </w:r>
    </w:p>
    <w:p w:rsidR="00274E2B" w:rsidRDefault="00274E2B">
      <w:pPr>
        <w:rPr>
          <w:rFonts w:ascii="Cambria" w:hAnsi="Cambria"/>
          <w:sz w:val="24"/>
          <w:szCs w:val="24"/>
          <w:lang w:val="uk-UA"/>
        </w:rPr>
      </w:pPr>
    </w:p>
    <w:p w:rsidR="009E188E" w:rsidRDefault="00000000">
      <w:pPr>
        <w:rPr>
          <w:rFonts w:ascii="Cambria" w:hAnsi="Cambria"/>
          <w:sz w:val="24"/>
          <w:szCs w:val="24"/>
          <w:lang w:val="ru-RU"/>
        </w:rPr>
      </w:pPr>
      <w:proofErr w:type="spellStart"/>
      <w:r w:rsidRPr="002A59E4">
        <w:rPr>
          <w:rFonts w:ascii="Cambria" w:hAnsi="Cambria"/>
          <w:sz w:val="24"/>
          <w:szCs w:val="24"/>
          <w:lang w:val="ru-RU"/>
        </w:rPr>
        <w:t>Вих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. № _______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від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«__</w:t>
      </w:r>
      <w:r w:rsidR="00A0670C">
        <w:rPr>
          <w:rFonts w:ascii="Cambria" w:hAnsi="Cambria"/>
          <w:sz w:val="24"/>
          <w:szCs w:val="24"/>
          <w:lang w:val="ru-RU"/>
        </w:rPr>
        <w:t>__</w:t>
      </w:r>
      <w:r w:rsidRPr="002A59E4">
        <w:rPr>
          <w:rFonts w:ascii="Cambria" w:hAnsi="Cambria"/>
          <w:sz w:val="24"/>
          <w:szCs w:val="24"/>
          <w:lang w:val="ru-RU"/>
        </w:rPr>
        <w:t>_» ______</w:t>
      </w:r>
      <w:r w:rsidR="00A0670C">
        <w:rPr>
          <w:rFonts w:ascii="Cambria" w:hAnsi="Cambria"/>
          <w:sz w:val="24"/>
          <w:szCs w:val="24"/>
          <w:lang w:val="ru-RU"/>
        </w:rPr>
        <w:t>____</w:t>
      </w:r>
      <w:r w:rsidRPr="002A59E4">
        <w:rPr>
          <w:rFonts w:ascii="Cambria" w:hAnsi="Cambria"/>
          <w:sz w:val="24"/>
          <w:szCs w:val="24"/>
          <w:lang w:val="ru-RU"/>
        </w:rPr>
        <w:t>__ 2025 року</w:t>
      </w:r>
    </w:p>
    <w:p w:rsidR="009E188E" w:rsidRPr="002A59E4" w:rsidRDefault="00000000" w:rsidP="002A59E4">
      <w:pPr>
        <w:pStyle w:val="21"/>
        <w:spacing w:before="0"/>
        <w:rPr>
          <w:rFonts w:ascii="Cambria" w:hAnsi="Cambria"/>
          <w:color w:val="000000" w:themeColor="text1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Загальна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інформація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про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учасника</w:t>
      </w:r>
      <w:proofErr w:type="spellEnd"/>
    </w:p>
    <w:p w:rsidR="009E188E" w:rsidRPr="002A59E4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Повна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назва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підприємства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>/ФОП: _______________________________</w:t>
      </w:r>
    </w:p>
    <w:p w:rsidR="009E188E" w:rsidRPr="002A59E4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>- Код ЄДРПОУ / РНОКПП: _______________________________</w:t>
      </w:r>
    </w:p>
    <w:p w:rsidR="009E188E" w:rsidRPr="002A59E4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 xml:space="preserve">- Адреса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реєстрації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>: _______________________________</w:t>
      </w:r>
    </w:p>
    <w:p w:rsidR="009E188E" w:rsidRPr="002A59E4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>- Контактна особа: _______________________________</w:t>
      </w:r>
    </w:p>
    <w:p w:rsidR="009E188E" w:rsidRPr="002A59E4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>- Посада: _______________________________</w:t>
      </w:r>
    </w:p>
    <w:p w:rsidR="009E188E" w:rsidRPr="002A59E4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 xml:space="preserve">- Телефон, </w:t>
      </w:r>
      <w:r w:rsidRPr="002A59E4">
        <w:rPr>
          <w:rFonts w:ascii="Cambria" w:hAnsi="Cambria"/>
          <w:sz w:val="24"/>
          <w:szCs w:val="24"/>
        </w:rPr>
        <w:t>email</w:t>
      </w:r>
      <w:r w:rsidRPr="002A59E4">
        <w:rPr>
          <w:rFonts w:ascii="Cambria" w:hAnsi="Cambria"/>
          <w:sz w:val="24"/>
          <w:szCs w:val="24"/>
          <w:lang w:val="ru-RU"/>
        </w:rPr>
        <w:t>: _______________________________</w:t>
      </w:r>
    </w:p>
    <w:p w:rsidR="009E188E" w:rsidRPr="002A59E4" w:rsidRDefault="00000000">
      <w:pPr>
        <w:pStyle w:val="21"/>
        <w:rPr>
          <w:rFonts w:ascii="Cambria" w:hAnsi="Cambria"/>
          <w:color w:val="000000" w:themeColor="text1"/>
          <w:sz w:val="24"/>
          <w:szCs w:val="24"/>
        </w:rPr>
      </w:pPr>
      <w:proofErr w:type="spellStart"/>
      <w:r w:rsidRPr="002A59E4">
        <w:rPr>
          <w:rFonts w:ascii="Cambria" w:hAnsi="Cambria"/>
          <w:color w:val="000000" w:themeColor="text1"/>
          <w:sz w:val="24"/>
          <w:szCs w:val="24"/>
        </w:rPr>
        <w:t>Комерційна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</w:rPr>
        <w:t xml:space="preserve">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</w:rPr>
        <w:t>пропозиція</w:t>
      </w:r>
      <w:proofErr w:type="spellEnd"/>
    </w:p>
    <w:tbl>
      <w:tblPr>
        <w:tblW w:w="8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1728"/>
        <w:gridCol w:w="1728"/>
        <w:gridCol w:w="1728"/>
      </w:tblGrid>
      <w:tr w:rsidR="002A59E4" w:rsidRPr="00A0670C" w:rsidTr="002A59E4">
        <w:trPr>
          <w:trHeight w:val="1154"/>
        </w:trPr>
        <w:tc>
          <w:tcPr>
            <w:tcW w:w="534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</w:rPr>
            </w:pPr>
            <w:r w:rsidRPr="002A59E4">
              <w:rPr>
                <w:rFonts w:ascii="Cambria" w:hAnsi="Cambria"/>
                <w:sz w:val="24"/>
                <w:szCs w:val="24"/>
              </w:rPr>
              <w:t>№</w:t>
            </w:r>
          </w:p>
        </w:tc>
        <w:tc>
          <w:tcPr>
            <w:tcW w:w="3260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2A59E4">
              <w:rPr>
                <w:rFonts w:ascii="Cambria" w:hAnsi="Cambria"/>
                <w:sz w:val="24"/>
                <w:szCs w:val="24"/>
              </w:rPr>
              <w:t>Найменування</w:t>
            </w:r>
            <w:proofErr w:type="spellEnd"/>
            <w:r w:rsidRPr="002A59E4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2A59E4">
              <w:rPr>
                <w:rFonts w:ascii="Cambria" w:hAnsi="Cambria"/>
                <w:sz w:val="24"/>
                <w:szCs w:val="24"/>
              </w:rPr>
              <w:t>товару</w:t>
            </w:r>
            <w:proofErr w:type="spellEnd"/>
          </w:p>
        </w:tc>
        <w:tc>
          <w:tcPr>
            <w:tcW w:w="1728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2A59E4">
              <w:rPr>
                <w:rFonts w:ascii="Cambria" w:hAnsi="Cambria"/>
                <w:sz w:val="24"/>
                <w:szCs w:val="24"/>
              </w:rPr>
              <w:t>Кількість</w:t>
            </w:r>
            <w:proofErr w:type="spellEnd"/>
          </w:p>
        </w:tc>
        <w:tc>
          <w:tcPr>
            <w:tcW w:w="1728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  <w:lang w:val="ru-RU"/>
              </w:rPr>
            </w:pPr>
            <w:proofErr w:type="spellStart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>Ціна</w:t>
            </w:r>
            <w:proofErr w:type="spellEnd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 xml:space="preserve"> за </w:t>
            </w:r>
            <w:proofErr w:type="spellStart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>одиницю</w:t>
            </w:r>
            <w:proofErr w:type="spellEnd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 xml:space="preserve"> (грн, без ПДВ)</w:t>
            </w:r>
          </w:p>
        </w:tc>
        <w:tc>
          <w:tcPr>
            <w:tcW w:w="1728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  <w:lang w:val="ru-RU"/>
              </w:rPr>
            </w:pPr>
            <w:proofErr w:type="spellStart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>Загальна</w:t>
            </w:r>
            <w:proofErr w:type="spellEnd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>вартість</w:t>
            </w:r>
            <w:proofErr w:type="spellEnd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 xml:space="preserve"> (грн, без ПДВ)</w:t>
            </w:r>
          </w:p>
        </w:tc>
      </w:tr>
      <w:tr w:rsidR="002A59E4" w:rsidRPr="002A59E4" w:rsidTr="002A59E4">
        <w:tc>
          <w:tcPr>
            <w:tcW w:w="534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</w:rPr>
            </w:pPr>
            <w:r w:rsidRPr="002A59E4">
              <w:rPr>
                <w:rFonts w:ascii="Cambria" w:hAnsi="Cambria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ru-RU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uk-UA"/>
              </w:rPr>
            </w:pPr>
          </w:p>
        </w:tc>
      </w:tr>
      <w:tr w:rsidR="002A59E4" w:rsidRPr="002A59E4" w:rsidTr="002A59E4">
        <w:tc>
          <w:tcPr>
            <w:tcW w:w="534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</w:rPr>
            </w:pPr>
            <w:r w:rsidRPr="002A59E4">
              <w:rPr>
                <w:rFonts w:ascii="Cambria" w:hAnsi="Cambria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ru-RU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uk-UA"/>
              </w:rPr>
            </w:pPr>
          </w:p>
        </w:tc>
      </w:tr>
      <w:tr w:rsidR="002A59E4" w:rsidRPr="002A59E4" w:rsidTr="002A59E4">
        <w:tc>
          <w:tcPr>
            <w:tcW w:w="534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</w:rPr>
            </w:pPr>
            <w:r w:rsidRPr="002A59E4">
              <w:rPr>
                <w:rFonts w:ascii="Cambria" w:hAnsi="Cambria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ru-RU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uk-UA"/>
              </w:rPr>
            </w:pPr>
          </w:p>
        </w:tc>
      </w:tr>
      <w:tr w:rsidR="002A59E4" w:rsidRPr="002A59E4" w:rsidTr="002A59E4">
        <w:tc>
          <w:tcPr>
            <w:tcW w:w="534" w:type="dxa"/>
          </w:tcPr>
          <w:p w:rsidR="009E188E" w:rsidRPr="00D07694" w:rsidRDefault="00D07694">
            <w:pPr>
              <w:rPr>
                <w:rFonts w:ascii="Cambria" w:hAnsi="Cambria"/>
                <w:sz w:val="24"/>
                <w:szCs w:val="24"/>
                <w:lang w:val="uk-UA"/>
              </w:rPr>
            </w:pPr>
            <w:r>
              <w:rPr>
                <w:rFonts w:ascii="Cambria" w:hAnsi="Cambria"/>
                <w:sz w:val="24"/>
                <w:szCs w:val="24"/>
                <w:lang w:val="uk-UA"/>
              </w:rPr>
              <w:t>…</w:t>
            </w:r>
          </w:p>
        </w:tc>
        <w:tc>
          <w:tcPr>
            <w:tcW w:w="3260" w:type="dxa"/>
          </w:tcPr>
          <w:p w:rsidR="009E188E" w:rsidRPr="00D07694" w:rsidRDefault="00D07694">
            <w:pPr>
              <w:rPr>
                <w:rFonts w:ascii="Cambria" w:hAnsi="Cambria"/>
                <w:sz w:val="24"/>
                <w:szCs w:val="24"/>
                <w:lang w:val="uk-UA"/>
              </w:rPr>
            </w:pPr>
            <w:r>
              <w:rPr>
                <w:rFonts w:ascii="Cambria" w:hAnsi="Cambria"/>
                <w:sz w:val="24"/>
                <w:szCs w:val="24"/>
                <w:lang w:val="uk-UA"/>
              </w:rPr>
              <w:t>…</w:t>
            </w:r>
          </w:p>
        </w:tc>
        <w:tc>
          <w:tcPr>
            <w:tcW w:w="1728" w:type="dxa"/>
          </w:tcPr>
          <w:p w:rsidR="009E188E" w:rsidRPr="00D07694" w:rsidRDefault="00D07694">
            <w:pPr>
              <w:rPr>
                <w:rFonts w:ascii="Cambria" w:hAnsi="Cambria"/>
                <w:sz w:val="24"/>
                <w:szCs w:val="24"/>
                <w:lang w:val="uk-UA"/>
              </w:rPr>
            </w:pPr>
            <w:r>
              <w:rPr>
                <w:rFonts w:ascii="Cambria" w:hAnsi="Cambria"/>
                <w:sz w:val="24"/>
                <w:szCs w:val="24"/>
                <w:lang w:val="uk-UA"/>
              </w:rPr>
              <w:t>…</w:t>
            </w:r>
          </w:p>
        </w:tc>
        <w:tc>
          <w:tcPr>
            <w:tcW w:w="1728" w:type="dxa"/>
          </w:tcPr>
          <w:p w:rsidR="009E188E" w:rsidRPr="002A59E4" w:rsidRDefault="00D07694">
            <w:pPr>
              <w:rPr>
                <w:rFonts w:ascii="Cambria" w:hAnsi="Cambria"/>
                <w:sz w:val="24"/>
                <w:szCs w:val="24"/>
                <w:lang w:val="uk-UA"/>
              </w:rPr>
            </w:pPr>
            <w:r>
              <w:rPr>
                <w:rFonts w:ascii="Cambria" w:hAnsi="Cambria"/>
                <w:sz w:val="24"/>
                <w:szCs w:val="24"/>
                <w:lang w:val="uk-UA"/>
              </w:rPr>
              <w:t>…</w:t>
            </w:r>
          </w:p>
        </w:tc>
        <w:tc>
          <w:tcPr>
            <w:tcW w:w="1728" w:type="dxa"/>
          </w:tcPr>
          <w:p w:rsidR="009E188E" w:rsidRPr="002A59E4" w:rsidRDefault="00D07694">
            <w:pPr>
              <w:rPr>
                <w:rFonts w:ascii="Cambria" w:hAnsi="Cambria"/>
                <w:sz w:val="24"/>
                <w:szCs w:val="24"/>
                <w:lang w:val="uk-UA"/>
              </w:rPr>
            </w:pPr>
            <w:r>
              <w:rPr>
                <w:rFonts w:ascii="Cambria" w:hAnsi="Cambria"/>
                <w:sz w:val="24"/>
                <w:szCs w:val="24"/>
                <w:lang w:val="uk-UA"/>
              </w:rPr>
              <w:t>…</w:t>
            </w:r>
          </w:p>
        </w:tc>
      </w:tr>
    </w:tbl>
    <w:p w:rsidR="002A59E4" w:rsidRDefault="00000000" w:rsidP="002A59E4">
      <w:pPr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>Разом (без ПДВ): _______ грн</w:t>
      </w:r>
      <w:r w:rsidR="002A59E4">
        <w:rPr>
          <w:rFonts w:ascii="Cambria" w:hAnsi="Cambria"/>
          <w:sz w:val="24"/>
          <w:szCs w:val="24"/>
          <w:lang w:val="ru-RU"/>
        </w:rPr>
        <w:t xml:space="preserve">. </w:t>
      </w:r>
    </w:p>
    <w:p w:rsidR="009E188E" w:rsidRPr="002A59E4" w:rsidRDefault="00000000" w:rsidP="002A59E4">
      <w:pPr>
        <w:spacing w:after="0"/>
        <w:rPr>
          <w:rFonts w:ascii="Cambria" w:hAnsi="Cambria"/>
          <w:b/>
          <w:bCs/>
          <w:sz w:val="24"/>
          <w:szCs w:val="24"/>
          <w:lang w:val="ru-RU"/>
        </w:rPr>
      </w:pPr>
      <w:proofErr w:type="spellStart"/>
      <w:r w:rsidRPr="002A59E4">
        <w:rPr>
          <w:rFonts w:ascii="Cambria" w:hAnsi="Cambria"/>
          <w:b/>
          <w:bCs/>
          <w:sz w:val="24"/>
          <w:szCs w:val="24"/>
          <w:lang w:val="ru-RU"/>
        </w:rPr>
        <w:t>Технічні</w:t>
      </w:r>
      <w:proofErr w:type="spellEnd"/>
      <w:r w:rsidRPr="002A59E4">
        <w:rPr>
          <w:rFonts w:ascii="Cambria" w:hAnsi="Cambria"/>
          <w:b/>
          <w:bCs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b/>
          <w:bCs/>
          <w:sz w:val="24"/>
          <w:szCs w:val="24"/>
          <w:lang w:val="ru-RU"/>
        </w:rPr>
        <w:t>документи</w:t>
      </w:r>
      <w:proofErr w:type="spellEnd"/>
    </w:p>
    <w:p w:rsidR="009E188E" w:rsidRPr="00404C87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404C87">
        <w:rPr>
          <w:rFonts w:ascii="Cambria" w:hAnsi="Cambria"/>
          <w:sz w:val="24"/>
          <w:szCs w:val="24"/>
          <w:lang w:val="ru-RU"/>
        </w:rPr>
        <w:t xml:space="preserve">-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Технічні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характеристики та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паспорти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товарів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Сертифікати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відповідності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(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якщо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наявні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>)</w:t>
      </w:r>
      <w:r w:rsidRPr="00404C87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Гарантійні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умови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Інші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документи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,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що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підтверджують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якість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товару та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відповідність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технічним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вимогам</w:t>
      </w:r>
      <w:proofErr w:type="spellEnd"/>
    </w:p>
    <w:p w:rsidR="009E188E" w:rsidRPr="00404C87" w:rsidRDefault="00000000">
      <w:pPr>
        <w:pStyle w:val="21"/>
        <w:rPr>
          <w:rFonts w:ascii="Cambria" w:hAnsi="Cambria"/>
          <w:color w:val="000000" w:themeColor="text1"/>
          <w:sz w:val="24"/>
          <w:szCs w:val="24"/>
          <w:lang w:val="ru-RU"/>
        </w:rPr>
      </w:pPr>
      <w:proofErr w:type="spellStart"/>
      <w:r w:rsidRPr="00404C87">
        <w:rPr>
          <w:rFonts w:ascii="Cambria" w:hAnsi="Cambria"/>
          <w:color w:val="000000" w:themeColor="text1"/>
          <w:sz w:val="24"/>
          <w:szCs w:val="24"/>
          <w:lang w:val="ru-RU"/>
        </w:rPr>
        <w:lastRenderedPageBreak/>
        <w:t>Кваліфікаційні</w:t>
      </w:r>
      <w:proofErr w:type="spellEnd"/>
      <w:r w:rsidRPr="00404C87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color w:val="000000" w:themeColor="text1"/>
          <w:sz w:val="24"/>
          <w:szCs w:val="24"/>
          <w:lang w:val="ru-RU"/>
        </w:rPr>
        <w:t>документи</w:t>
      </w:r>
      <w:proofErr w:type="spellEnd"/>
    </w:p>
    <w:p w:rsidR="009E188E" w:rsidRPr="002A59E4" w:rsidRDefault="00000000">
      <w:pPr>
        <w:rPr>
          <w:rFonts w:ascii="Cambria" w:hAnsi="Cambria"/>
          <w:sz w:val="24"/>
          <w:szCs w:val="24"/>
          <w:lang w:val="ru-RU"/>
        </w:rPr>
      </w:pPr>
      <w:r w:rsidRPr="00404C87">
        <w:rPr>
          <w:rFonts w:ascii="Cambria" w:hAnsi="Cambria"/>
          <w:sz w:val="24"/>
          <w:szCs w:val="24"/>
          <w:lang w:val="ru-RU"/>
        </w:rPr>
        <w:t xml:space="preserve">-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Копія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виписки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з ЄДР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або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свідоцтва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про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держреєстрацію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Витяг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з ЄДР з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відповідними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КВЕДами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br/>
        <w:t xml:space="preserve">- Документ,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що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підтверджує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право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уповноваженої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особи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підписувати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пропозицію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r w:rsidRPr="002A59E4">
        <w:rPr>
          <w:rFonts w:ascii="Cambria" w:hAnsi="Cambria"/>
          <w:sz w:val="24"/>
          <w:szCs w:val="24"/>
          <w:lang w:val="ru-RU"/>
        </w:rPr>
        <w:t>(наказ/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довіреність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>)</w:t>
      </w:r>
    </w:p>
    <w:p w:rsidR="009E188E" w:rsidRPr="002A59E4" w:rsidRDefault="00000000">
      <w:pPr>
        <w:pStyle w:val="21"/>
        <w:rPr>
          <w:rFonts w:ascii="Cambria" w:hAnsi="Cambria"/>
          <w:color w:val="000000" w:themeColor="text1"/>
          <w:sz w:val="24"/>
          <w:szCs w:val="24"/>
          <w:lang w:val="ru-RU"/>
        </w:rPr>
      </w:pP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Додаткові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документи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(за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бажанням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)</w:t>
      </w:r>
    </w:p>
    <w:p w:rsidR="009E188E" w:rsidRPr="002A59E4" w:rsidRDefault="00000000">
      <w:pPr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Рекомендаційні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листи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Позитивні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відгуки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Інші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матеріали</w:t>
      </w:r>
      <w:proofErr w:type="spellEnd"/>
    </w:p>
    <w:p w:rsidR="009E188E" w:rsidRPr="002A59E4" w:rsidRDefault="00000000">
      <w:pPr>
        <w:pStyle w:val="21"/>
        <w:rPr>
          <w:rFonts w:ascii="Cambria" w:hAnsi="Cambria"/>
          <w:color w:val="000000" w:themeColor="text1"/>
          <w:sz w:val="24"/>
          <w:szCs w:val="24"/>
          <w:lang w:val="ru-RU"/>
        </w:rPr>
      </w:pP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Підтвердження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відповідності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вимогам</w:t>
      </w:r>
      <w:proofErr w:type="spellEnd"/>
    </w:p>
    <w:p w:rsidR="009E188E" w:rsidRPr="002A59E4" w:rsidRDefault="00000000">
      <w:pPr>
        <w:rPr>
          <w:rFonts w:ascii="Cambria" w:hAnsi="Cambria"/>
          <w:sz w:val="24"/>
          <w:szCs w:val="24"/>
          <w:lang w:val="ru-RU"/>
        </w:rPr>
      </w:pPr>
      <w:proofErr w:type="spellStart"/>
      <w:r w:rsidRPr="002A59E4">
        <w:rPr>
          <w:rFonts w:ascii="Cambria" w:hAnsi="Cambria"/>
          <w:sz w:val="24"/>
          <w:szCs w:val="24"/>
          <w:lang w:val="ru-RU"/>
        </w:rPr>
        <w:t>Підписанням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цієї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пропозиції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ми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підтверджуємо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,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що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>:</w:t>
      </w:r>
      <w:r w:rsidRPr="002A59E4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Ознайомлені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та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згодні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з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умовами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тендерного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оголошення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br/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- Ознайомлені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з Кодексом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поведінки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постачальників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Гарантуємо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відсутність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пов’язаних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осіб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або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змови</w:t>
      </w:r>
      <w:proofErr w:type="spellEnd"/>
    </w:p>
    <w:p w:rsidR="009E188E" w:rsidRPr="002A59E4" w:rsidRDefault="00000000">
      <w:pPr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br/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Підпис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_________________________</w:t>
      </w:r>
      <w:r w:rsidRPr="002A59E4">
        <w:rPr>
          <w:rFonts w:ascii="Cambria" w:hAnsi="Cambria"/>
          <w:sz w:val="24"/>
          <w:szCs w:val="24"/>
          <w:lang w:val="ru-RU"/>
        </w:rPr>
        <w:br/>
        <w:t xml:space="preserve">(ПІБ, посада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уповноваженої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особи)</w:t>
      </w:r>
    </w:p>
    <w:p w:rsidR="009E188E" w:rsidRPr="002A59E4" w:rsidRDefault="00000000">
      <w:pPr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 xml:space="preserve">М.П. (за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наявності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>)</w:t>
      </w:r>
      <w:r w:rsidRPr="002A59E4">
        <w:rPr>
          <w:rFonts w:ascii="Cambria" w:hAnsi="Cambria"/>
          <w:sz w:val="24"/>
          <w:szCs w:val="24"/>
          <w:lang w:val="ru-RU"/>
        </w:rPr>
        <w:br/>
        <w:t>Дата: «___» ___</w:t>
      </w:r>
      <w:r w:rsidR="00A0670C">
        <w:rPr>
          <w:rFonts w:ascii="Cambria" w:hAnsi="Cambria"/>
          <w:sz w:val="24"/>
          <w:szCs w:val="24"/>
          <w:lang w:val="ru-RU"/>
        </w:rPr>
        <w:t>___</w:t>
      </w:r>
      <w:r w:rsidRPr="002A59E4">
        <w:rPr>
          <w:rFonts w:ascii="Cambria" w:hAnsi="Cambria"/>
          <w:sz w:val="24"/>
          <w:szCs w:val="24"/>
          <w:lang w:val="ru-RU"/>
        </w:rPr>
        <w:t>_______ 2025 року</w:t>
      </w:r>
    </w:p>
    <w:sectPr w:rsidR="009E188E" w:rsidRPr="002A59E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32559765">
    <w:abstractNumId w:val="8"/>
  </w:num>
  <w:num w:numId="2" w16cid:durableId="1834174557">
    <w:abstractNumId w:val="6"/>
  </w:num>
  <w:num w:numId="3" w16cid:durableId="99228102">
    <w:abstractNumId w:val="5"/>
  </w:num>
  <w:num w:numId="4" w16cid:durableId="1102144637">
    <w:abstractNumId w:val="4"/>
  </w:num>
  <w:num w:numId="5" w16cid:durableId="1047219142">
    <w:abstractNumId w:val="7"/>
  </w:num>
  <w:num w:numId="6" w16cid:durableId="1728184944">
    <w:abstractNumId w:val="3"/>
  </w:num>
  <w:num w:numId="7" w16cid:durableId="349336730">
    <w:abstractNumId w:val="2"/>
  </w:num>
  <w:num w:numId="8" w16cid:durableId="1772503355">
    <w:abstractNumId w:val="1"/>
  </w:num>
  <w:num w:numId="9" w16cid:durableId="1549336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4AF1"/>
    <w:rsid w:val="0006063C"/>
    <w:rsid w:val="0015074B"/>
    <w:rsid w:val="00274000"/>
    <w:rsid w:val="00274E2B"/>
    <w:rsid w:val="0029639D"/>
    <w:rsid w:val="002A59E4"/>
    <w:rsid w:val="00326F90"/>
    <w:rsid w:val="003D003A"/>
    <w:rsid w:val="00404C87"/>
    <w:rsid w:val="0047154E"/>
    <w:rsid w:val="005D3A56"/>
    <w:rsid w:val="008C4C65"/>
    <w:rsid w:val="00975B55"/>
    <w:rsid w:val="009E188E"/>
    <w:rsid w:val="00A0670C"/>
    <w:rsid w:val="00AA1D8D"/>
    <w:rsid w:val="00B47730"/>
    <w:rsid w:val="00CB0664"/>
    <w:rsid w:val="00CC27E9"/>
    <w:rsid w:val="00D07694"/>
    <w:rsid w:val="00E5184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CF30E4"/>
  <w14:defaultImageDpi w14:val="300"/>
  <w15:docId w15:val="{C35ABB3C-E899-ED47-87D6-43F02C156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Yuliia Yuliia</cp:lastModifiedBy>
  <cp:revision>2</cp:revision>
  <dcterms:created xsi:type="dcterms:W3CDTF">2025-10-20T08:17:00Z</dcterms:created>
  <dcterms:modified xsi:type="dcterms:W3CDTF">2025-10-20T08:17:00Z</dcterms:modified>
  <cp:category/>
</cp:coreProperties>
</file>