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04C87" w:rsidRPr="00975B55" w:rsidRDefault="00404C87" w:rsidP="00404C87">
      <w:pPr>
        <w:pStyle w:val="aa"/>
        <w:pBdr>
          <w:bottom w:val="single" w:sz="8" w:space="13" w:color="4F81BD" w:themeColor="accent1"/>
        </w:pBdr>
        <w:jc w:val="right"/>
        <w:rPr>
          <w:rFonts w:ascii="Cambria" w:hAnsi="Cambria"/>
          <w:color w:val="000000" w:themeColor="text1"/>
          <w:sz w:val="22"/>
          <w:szCs w:val="22"/>
          <w:lang w:val="uk-UA"/>
        </w:rPr>
      </w:pPr>
      <w:r w:rsidRPr="00975B55">
        <w:rPr>
          <w:rFonts w:ascii="Cambria" w:hAnsi="Cambria"/>
          <w:color w:val="000000" w:themeColor="text1"/>
          <w:sz w:val="22"/>
          <w:szCs w:val="22"/>
          <w:lang w:val="uk-UA"/>
        </w:rPr>
        <w:t xml:space="preserve">Додаток 1 </w:t>
      </w:r>
    </w:p>
    <w:p w:rsidR="009E188E" w:rsidRPr="002A59E4" w:rsidRDefault="00000000" w:rsidP="002A59E4">
      <w:pPr>
        <w:pStyle w:val="aa"/>
        <w:pBdr>
          <w:bottom w:val="single" w:sz="8" w:space="13" w:color="4F81BD" w:themeColor="accent1"/>
        </w:pBdr>
        <w:jc w:val="center"/>
        <w:rPr>
          <w:rFonts w:ascii="Cambria" w:hAnsi="Cambria"/>
          <w:color w:val="000000" w:themeColor="text1"/>
          <w:sz w:val="30"/>
          <w:szCs w:val="30"/>
          <w:lang w:val="uk-UA"/>
        </w:rPr>
      </w:pPr>
      <w:r w:rsidRPr="002A59E4">
        <w:rPr>
          <w:rFonts w:ascii="Cambria" w:hAnsi="Cambria"/>
          <w:color w:val="000000" w:themeColor="text1"/>
          <w:sz w:val="30"/>
          <w:szCs w:val="30"/>
          <w:lang w:val="uk-UA"/>
        </w:rPr>
        <w:t>Тендерна пропозиція</w:t>
      </w:r>
    </w:p>
    <w:p w:rsidR="002A59E4" w:rsidRPr="001A6FC0" w:rsidRDefault="00000000" w:rsidP="00274000">
      <w:pPr>
        <w:spacing w:after="0"/>
        <w:jc w:val="center"/>
        <w:rPr>
          <w:rFonts w:ascii="Cambria" w:hAnsi="Cambria"/>
          <w:lang w:val="uk-UA"/>
        </w:rPr>
      </w:pPr>
      <w:r w:rsidRPr="001A6FC0">
        <w:rPr>
          <w:rFonts w:ascii="Cambria" w:hAnsi="Cambria"/>
          <w:lang w:val="uk-UA"/>
        </w:rPr>
        <w:t>на участь у конкурсних торгах</w:t>
      </w:r>
    </w:p>
    <w:p w:rsidR="005D3A56" w:rsidRPr="001A6FC0" w:rsidRDefault="00000000" w:rsidP="00274000">
      <w:pPr>
        <w:spacing w:after="0"/>
        <w:jc w:val="center"/>
        <w:rPr>
          <w:rFonts w:ascii="Cambria" w:hAnsi="Cambria"/>
          <w:lang w:val="uk-UA"/>
        </w:rPr>
      </w:pPr>
      <w:r w:rsidRPr="001A6FC0">
        <w:rPr>
          <w:rFonts w:ascii="Cambria" w:hAnsi="Cambria"/>
          <w:lang w:val="uk-UA"/>
        </w:rPr>
        <w:t xml:space="preserve">на закупівлю </w:t>
      </w:r>
    </w:p>
    <w:p w:rsidR="001A6FC0" w:rsidRPr="001A6FC0" w:rsidRDefault="001A6FC0" w:rsidP="00274000">
      <w:pPr>
        <w:spacing w:after="0"/>
        <w:jc w:val="center"/>
        <w:rPr>
          <w:lang w:val="uk-UA"/>
        </w:rPr>
      </w:pPr>
      <w:bookmarkStart w:id="0" w:name="_heading=h.gjdgxs" w:colFirst="0" w:colLast="0"/>
      <w:bookmarkEnd w:id="0"/>
      <w:r w:rsidRPr="001A6FC0">
        <w:rPr>
          <w:lang w:val="uk-UA"/>
        </w:rPr>
        <w:t xml:space="preserve">комплектів учнівських меблів для закладів освіти </w:t>
      </w:r>
    </w:p>
    <w:p w:rsidR="001A6FC0" w:rsidRPr="001A6FC0" w:rsidRDefault="001A6FC0" w:rsidP="00274000">
      <w:pPr>
        <w:spacing w:after="0"/>
        <w:jc w:val="center"/>
        <w:rPr>
          <w:rFonts w:ascii="Cambria" w:hAnsi="Cambria"/>
          <w:lang w:val="uk-UA"/>
        </w:rPr>
      </w:pPr>
      <w:r w:rsidRPr="001A6FC0">
        <w:rPr>
          <w:lang w:val="uk-UA"/>
        </w:rPr>
        <w:t>(стіл трапеція та учнівський стілець)</w:t>
      </w:r>
      <w:r w:rsidRPr="001A6FC0">
        <w:rPr>
          <w:rFonts w:ascii="Cambria" w:hAnsi="Cambria"/>
          <w:lang w:val="uk-UA"/>
        </w:rPr>
        <w:t xml:space="preserve"> </w:t>
      </w:r>
    </w:p>
    <w:p w:rsidR="002A59E4" w:rsidRPr="001A6FC0" w:rsidRDefault="00000000" w:rsidP="00274000">
      <w:pPr>
        <w:spacing w:after="0"/>
        <w:jc w:val="center"/>
        <w:rPr>
          <w:rFonts w:ascii="Cambria" w:hAnsi="Cambria"/>
          <w:lang w:val="uk-UA"/>
        </w:rPr>
      </w:pPr>
      <w:r w:rsidRPr="001A6FC0">
        <w:rPr>
          <w:rFonts w:ascii="Cambria" w:hAnsi="Cambria"/>
          <w:lang w:val="uk-UA"/>
        </w:rPr>
        <w:t xml:space="preserve">в рамках проєкту </w:t>
      </w:r>
      <w:r w:rsidR="00274E2B" w:rsidRPr="001A6FC0">
        <w:rPr>
          <w:rFonts w:ascii="Cambria" w:hAnsi="Cambria"/>
          <w:lang w:val="uk-UA"/>
        </w:rPr>
        <w:t>«</w:t>
      </w:r>
      <w:r w:rsidR="001A6FC0" w:rsidRPr="001A6FC0">
        <w:rPr>
          <w:rFonts w:ascii="Cambria" w:hAnsi="Cambria"/>
          <w:b/>
          <w:lang w:val="uk-UA"/>
        </w:rPr>
        <w:t xml:space="preserve">Закупівля парт для </w:t>
      </w:r>
      <w:proofErr w:type="spellStart"/>
      <w:r w:rsidR="001A6FC0" w:rsidRPr="001A6FC0">
        <w:rPr>
          <w:rFonts w:ascii="Cambria" w:hAnsi="Cambria"/>
          <w:b/>
          <w:lang w:val="uk-UA"/>
        </w:rPr>
        <w:t>укриттів</w:t>
      </w:r>
      <w:proofErr w:type="spellEnd"/>
      <w:r w:rsidR="001A6FC0" w:rsidRPr="001A6FC0">
        <w:rPr>
          <w:rFonts w:ascii="Cambria" w:hAnsi="Cambria"/>
          <w:b/>
          <w:lang w:val="uk-UA"/>
        </w:rPr>
        <w:t xml:space="preserve"> шкіл </w:t>
      </w:r>
      <w:proofErr w:type="spellStart"/>
      <w:r w:rsidR="001A6FC0" w:rsidRPr="001A6FC0">
        <w:rPr>
          <w:rFonts w:ascii="Cambria" w:hAnsi="Cambria"/>
          <w:b/>
          <w:lang w:val="uk-UA"/>
        </w:rPr>
        <w:t>Люботинської</w:t>
      </w:r>
      <w:proofErr w:type="spellEnd"/>
      <w:r w:rsidR="001A6FC0" w:rsidRPr="001A6FC0">
        <w:rPr>
          <w:rFonts w:ascii="Cambria" w:hAnsi="Cambria"/>
          <w:b/>
          <w:lang w:val="uk-UA"/>
        </w:rPr>
        <w:t xml:space="preserve"> громади</w:t>
      </w:r>
      <w:r w:rsidR="00A0670C" w:rsidRPr="001A6FC0">
        <w:rPr>
          <w:lang w:val="uk-UA"/>
        </w:rPr>
        <w:t>»</w:t>
      </w:r>
    </w:p>
    <w:p w:rsidR="00274E2B" w:rsidRPr="001A6FC0" w:rsidRDefault="00274E2B">
      <w:pPr>
        <w:rPr>
          <w:rFonts w:ascii="Cambria" w:hAnsi="Cambria"/>
          <w:sz w:val="24"/>
          <w:szCs w:val="24"/>
          <w:lang w:val="uk-UA"/>
        </w:rPr>
      </w:pPr>
    </w:p>
    <w:p w:rsidR="009E188E" w:rsidRDefault="00000000">
      <w:pPr>
        <w:rPr>
          <w:rFonts w:ascii="Cambria" w:hAnsi="Cambria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sz w:val="24"/>
          <w:szCs w:val="24"/>
          <w:lang w:val="ru-RU"/>
        </w:rPr>
        <w:t>Вих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. № _______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«__</w:t>
      </w:r>
      <w:r w:rsidR="00A0670C">
        <w:rPr>
          <w:rFonts w:ascii="Cambria" w:hAnsi="Cambria"/>
          <w:sz w:val="24"/>
          <w:szCs w:val="24"/>
          <w:lang w:val="ru-RU"/>
        </w:rPr>
        <w:t>__</w:t>
      </w:r>
      <w:r w:rsidRPr="002A59E4">
        <w:rPr>
          <w:rFonts w:ascii="Cambria" w:hAnsi="Cambria"/>
          <w:sz w:val="24"/>
          <w:szCs w:val="24"/>
          <w:lang w:val="ru-RU"/>
        </w:rPr>
        <w:t>_» ______</w:t>
      </w:r>
      <w:r w:rsidR="00A0670C">
        <w:rPr>
          <w:rFonts w:ascii="Cambria" w:hAnsi="Cambria"/>
          <w:sz w:val="24"/>
          <w:szCs w:val="24"/>
          <w:lang w:val="ru-RU"/>
        </w:rPr>
        <w:t>____</w:t>
      </w:r>
      <w:r w:rsidRPr="002A59E4">
        <w:rPr>
          <w:rFonts w:ascii="Cambria" w:hAnsi="Cambria"/>
          <w:sz w:val="24"/>
          <w:szCs w:val="24"/>
          <w:lang w:val="ru-RU"/>
        </w:rPr>
        <w:t>__ 2025 року</w:t>
      </w:r>
    </w:p>
    <w:p w:rsidR="009E188E" w:rsidRPr="002A59E4" w:rsidRDefault="00000000" w:rsidP="002A59E4">
      <w:pPr>
        <w:pStyle w:val="21"/>
        <w:spacing w:before="0"/>
        <w:rPr>
          <w:rFonts w:ascii="Cambria" w:hAnsi="Cambria"/>
          <w:color w:val="000000" w:themeColor="text1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Загальна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інформація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про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учасника</w:t>
      </w:r>
      <w:proofErr w:type="spellEnd"/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Повна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назва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підприємства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/ФОП: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Код ЄДРПОУ / РНОКПП: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Адреса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реєстрації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Контактна особа: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Посада: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Телефон, </w:t>
      </w:r>
      <w:r w:rsidRPr="002A59E4">
        <w:rPr>
          <w:rFonts w:ascii="Cambria" w:hAnsi="Cambria"/>
          <w:sz w:val="24"/>
          <w:szCs w:val="24"/>
        </w:rPr>
        <w:t>email</w:t>
      </w:r>
      <w:r w:rsidRPr="002A59E4">
        <w:rPr>
          <w:rFonts w:ascii="Cambria" w:hAnsi="Cambria"/>
          <w:sz w:val="24"/>
          <w:szCs w:val="24"/>
          <w:lang w:val="ru-RU"/>
        </w:rPr>
        <w:t>: _______________________________</w:t>
      </w:r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</w:rPr>
        <w:t>Комерційна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</w:rPr>
        <w:t>пропозиція</w:t>
      </w:r>
      <w:proofErr w:type="spellEnd"/>
    </w:p>
    <w:tbl>
      <w:tblPr>
        <w:tblW w:w="8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728"/>
        <w:gridCol w:w="1728"/>
        <w:gridCol w:w="1728"/>
      </w:tblGrid>
      <w:tr w:rsidR="002A59E4" w:rsidRPr="001A6FC0" w:rsidTr="002A59E4">
        <w:trPr>
          <w:trHeight w:val="1154"/>
        </w:trPr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Найменування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товару</w:t>
            </w:r>
            <w:proofErr w:type="spellEnd"/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Кількість</w:t>
            </w:r>
            <w:proofErr w:type="spellEnd"/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  <w:lang w:val="ru-RU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Ціна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одиницю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(грн, без ПДВ)</w:t>
            </w:r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  <w:lang w:val="ru-RU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Загальна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вартість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(грн, без ПДВ)</w:t>
            </w: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3260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2A59E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2A59E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</w:tr>
    </w:tbl>
    <w:p w:rsidR="002A59E4" w:rsidRDefault="00000000" w:rsidP="002A59E4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Разом (без ПДВ): _______ грн</w:t>
      </w:r>
      <w:r w:rsidR="002A59E4">
        <w:rPr>
          <w:rFonts w:ascii="Cambria" w:hAnsi="Cambria"/>
          <w:sz w:val="24"/>
          <w:szCs w:val="24"/>
          <w:lang w:val="ru-RU"/>
        </w:rPr>
        <w:t xml:space="preserve">. </w:t>
      </w:r>
    </w:p>
    <w:p w:rsidR="009E188E" w:rsidRPr="002A59E4" w:rsidRDefault="00000000" w:rsidP="002A59E4">
      <w:pPr>
        <w:spacing w:after="0"/>
        <w:rPr>
          <w:rFonts w:ascii="Cambria" w:hAnsi="Cambria"/>
          <w:b/>
          <w:bCs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b/>
          <w:bCs/>
          <w:sz w:val="24"/>
          <w:szCs w:val="24"/>
          <w:lang w:val="ru-RU"/>
        </w:rPr>
        <w:t>Технічні</w:t>
      </w:r>
      <w:proofErr w:type="spellEnd"/>
      <w:r w:rsidRPr="002A59E4">
        <w:rPr>
          <w:rFonts w:ascii="Cambria" w:hAnsi="Cambria"/>
          <w:b/>
          <w:bCs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b/>
          <w:bCs/>
          <w:sz w:val="24"/>
          <w:szCs w:val="24"/>
          <w:lang w:val="ru-RU"/>
        </w:rPr>
        <w:t>документи</w:t>
      </w:r>
      <w:proofErr w:type="spellEnd"/>
    </w:p>
    <w:p w:rsidR="009E188E" w:rsidRPr="00404C87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404C87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Технічні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характеристики та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паспорти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товарів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Сертифікати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відповідності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(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якщо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наявні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>)</w:t>
      </w:r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Гарантійні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умови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Інші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документи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,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підтверджують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якість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товару та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відповідність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технічним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вимогам</w:t>
      </w:r>
      <w:proofErr w:type="spellEnd"/>
    </w:p>
    <w:p w:rsidR="009E188E" w:rsidRPr="00404C87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lastRenderedPageBreak/>
        <w:t>Кваліфікаційні</w:t>
      </w:r>
      <w:proofErr w:type="spellEnd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t>документи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404C87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Копія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виписки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з ЄДР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або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свідоцтва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про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держреєстрацію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Витяг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з ЄДР з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відповідними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КВЕДами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Документ,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підтверджує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право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уповноваженої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особи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підписувати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пропозицію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r w:rsidRPr="002A59E4">
        <w:rPr>
          <w:rFonts w:ascii="Cambria" w:hAnsi="Cambria"/>
          <w:sz w:val="24"/>
          <w:szCs w:val="24"/>
          <w:lang w:val="ru-RU"/>
        </w:rPr>
        <w:t>(наказ/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довіреність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)</w:t>
      </w:r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Додаткові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документи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(за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бажанням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)</w:t>
      </w:r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Рекомендаційні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листи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Позитивні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відгуки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Інші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матеріали</w:t>
      </w:r>
      <w:proofErr w:type="spellEnd"/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Підтвердження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відповідності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вимогам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Підписанням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цієї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пропозиції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ми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підтверджуємо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,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:</w:t>
      </w:r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Ознайомлені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та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згодні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з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умовами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тендерного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оголошення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Ознайомлені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з Кодексом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поведінки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постачальників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Гарантуємо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відсутність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пов’язаних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осіб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або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змови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br/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Підпис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_________________________</w:t>
      </w:r>
      <w:r w:rsidRPr="002A59E4">
        <w:rPr>
          <w:rFonts w:ascii="Cambria" w:hAnsi="Cambria"/>
          <w:sz w:val="24"/>
          <w:szCs w:val="24"/>
          <w:lang w:val="ru-RU"/>
        </w:rPr>
        <w:br/>
        <w:t xml:space="preserve">(ПІБ, посада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уповноваженої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особи)</w:t>
      </w:r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М.П. (за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наявності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)</w:t>
      </w:r>
      <w:r w:rsidRPr="002A59E4">
        <w:rPr>
          <w:rFonts w:ascii="Cambria" w:hAnsi="Cambria"/>
          <w:sz w:val="24"/>
          <w:szCs w:val="24"/>
          <w:lang w:val="ru-RU"/>
        </w:rPr>
        <w:br/>
        <w:t>Дата: «___» ___</w:t>
      </w:r>
      <w:r w:rsidR="00A0670C">
        <w:rPr>
          <w:rFonts w:ascii="Cambria" w:hAnsi="Cambria"/>
          <w:sz w:val="24"/>
          <w:szCs w:val="24"/>
          <w:lang w:val="ru-RU"/>
        </w:rPr>
        <w:t>___</w:t>
      </w:r>
      <w:r w:rsidRPr="002A59E4">
        <w:rPr>
          <w:rFonts w:ascii="Cambria" w:hAnsi="Cambria"/>
          <w:sz w:val="24"/>
          <w:szCs w:val="24"/>
          <w:lang w:val="ru-RU"/>
        </w:rPr>
        <w:t>_______ 2025 року</w:t>
      </w:r>
    </w:p>
    <w:sectPr w:rsidR="009E188E" w:rsidRPr="002A59E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32559765">
    <w:abstractNumId w:val="8"/>
  </w:num>
  <w:num w:numId="2" w16cid:durableId="1834174557">
    <w:abstractNumId w:val="6"/>
  </w:num>
  <w:num w:numId="3" w16cid:durableId="99228102">
    <w:abstractNumId w:val="5"/>
  </w:num>
  <w:num w:numId="4" w16cid:durableId="1102144637">
    <w:abstractNumId w:val="4"/>
  </w:num>
  <w:num w:numId="5" w16cid:durableId="1047219142">
    <w:abstractNumId w:val="7"/>
  </w:num>
  <w:num w:numId="6" w16cid:durableId="1728184944">
    <w:abstractNumId w:val="3"/>
  </w:num>
  <w:num w:numId="7" w16cid:durableId="349336730">
    <w:abstractNumId w:val="2"/>
  </w:num>
  <w:num w:numId="8" w16cid:durableId="1772503355">
    <w:abstractNumId w:val="1"/>
  </w:num>
  <w:num w:numId="9" w16cid:durableId="1549336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4AF1"/>
    <w:rsid w:val="0006063C"/>
    <w:rsid w:val="0015074B"/>
    <w:rsid w:val="001A6FC0"/>
    <w:rsid w:val="00274000"/>
    <w:rsid w:val="00274E2B"/>
    <w:rsid w:val="0029639D"/>
    <w:rsid w:val="002A59E4"/>
    <w:rsid w:val="00326F90"/>
    <w:rsid w:val="003D003A"/>
    <w:rsid w:val="00404C87"/>
    <w:rsid w:val="0047154E"/>
    <w:rsid w:val="005D3A56"/>
    <w:rsid w:val="008C4C65"/>
    <w:rsid w:val="00975B55"/>
    <w:rsid w:val="009E188E"/>
    <w:rsid w:val="00A0670C"/>
    <w:rsid w:val="00AA1D8D"/>
    <w:rsid w:val="00B47730"/>
    <w:rsid w:val="00CB0664"/>
    <w:rsid w:val="00CC27E9"/>
    <w:rsid w:val="00D07694"/>
    <w:rsid w:val="00E518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E8C4AF"/>
  <w14:defaultImageDpi w14:val="300"/>
  <w15:docId w15:val="{C35ABB3C-E899-ED47-87D6-43F02C15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Yuliia Yuliia</cp:lastModifiedBy>
  <cp:revision>3</cp:revision>
  <dcterms:created xsi:type="dcterms:W3CDTF">2025-10-20T08:17:00Z</dcterms:created>
  <dcterms:modified xsi:type="dcterms:W3CDTF">2025-10-30T12:19:00Z</dcterms:modified>
  <cp:category/>
</cp:coreProperties>
</file>